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DDEE9" w14:textId="77777777" w:rsidR="00880444" w:rsidRPr="005F0B34" w:rsidRDefault="00880444" w:rsidP="005F0B34">
      <w:pPr>
        <w:pStyle w:val="Frspaiere"/>
      </w:pPr>
    </w:p>
    <w:p w14:paraId="3B7D7F9D" w14:textId="49F9F2F0" w:rsidR="00880444" w:rsidRPr="00F917F9" w:rsidRDefault="00880444" w:rsidP="00880444">
      <w:pPr>
        <w:pStyle w:val="Frspaiere"/>
        <w:jc w:val="right"/>
        <w:rPr>
          <w:rFonts w:ascii="Times New Roman" w:hAnsi="Times New Roman" w:cs="Times New Roman"/>
          <w:b/>
          <w:i/>
          <w:sz w:val="24"/>
          <w:szCs w:val="24"/>
          <w:lang w:val="it-IT"/>
        </w:rPr>
      </w:pPr>
      <w:r w:rsidRPr="00F917F9">
        <w:rPr>
          <w:rFonts w:ascii="Times New Roman" w:hAnsi="Times New Roman" w:cs="Times New Roman"/>
          <w:b/>
          <w:i/>
          <w:sz w:val="24"/>
          <w:szCs w:val="24"/>
          <w:lang w:val="it-IT"/>
        </w:rPr>
        <w:t>Anexa nr.</w:t>
      </w:r>
      <w:r w:rsidR="00143D4A">
        <w:rPr>
          <w:rFonts w:ascii="Times New Roman" w:hAnsi="Times New Roman" w:cs="Times New Roman"/>
          <w:b/>
          <w:i/>
          <w:sz w:val="24"/>
          <w:szCs w:val="24"/>
          <w:lang w:val="it-IT"/>
        </w:rPr>
        <w:t>2</w:t>
      </w:r>
      <w:r w:rsidRPr="00F917F9">
        <w:rPr>
          <w:rFonts w:ascii="Times New Roman" w:hAnsi="Times New Roman" w:cs="Times New Roman"/>
          <w:b/>
          <w:i/>
          <w:sz w:val="24"/>
          <w:szCs w:val="24"/>
          <w:lang w:val="it-IT"/>
        </w:rPr>
        <w:t xml:space="preserve"> </w:t>
      </w:r>
    </w:p>
    <w:p w14:paraId="31EC8DA6" w14:textId="77777777" w:rsidR="00880444" w:rsidRPr="00F917F9" w:rsidRDefault="00880444" w:rsidP="00880444">
      <w:pPr>
        <w:pStyle w:val="Frspaiere"/>
        <w:jc w:val="right"/>
        <w:rPr>
          <w:rFonts w:ascii="Times New Roman" w:hAnsi="Times New Roman" w:cs="Times New Roman"/>
          <w:sz w:val="24"/>
          <w:szCs w:val="24"/>
          <w:lang w:val="it-IT"/>
        </w:rPr>
      </w:pPr>
    </w:p>
    <w:p w14:paraId="7426973E" w14:textId="77777777" w:rsidR="00880444" w:rsidRPr="003E12B9" w:rsidRDefault="00880444" w:rsidP="00880444">
      <w:pPr>
        <w:spacing w:before="120" w:after="0" w:line="240" w:lineRule="auto"/>
        <w:jc w:val="center"/>
        <w:rPr>
          <w:rFonts w:eastAsia="Times New Roman" w:cs="Times New Roman"/>
          <w:b/>
          <w:iCs/>
          <w:szCs w:val="24"/>
          <w:shd w:val="clear" w:color="auto" w:fill="FFFFFF"/>
          <w:lang w:val="ro-RO"/>
        </w:rPr>
      </w:pPr>
      <w:r w:rsidRPr="003E12B9">
        <w:rPr>
          <w:rFonts w:eastAsia="Times New Roman" w:cs="Times New Roman"/>
          <w:b/>
          <w:iCs/>
          <w:szCs w:val="24"/>
          <w:shd w:val="clear" w:color="auto" w:fill="FFFFFF"/>
          <w:lang w:val="ro-RO"/>
        </w:rPr>
        <w:t>CHESTIONAR DE AUTOEVALUARE</w:t>
      </w:r>
    </w:p>
    <w:p w14:paraId="0785110D" w14:textId="366170F0" w:rsidR="00880444" w:rsidRPr="003E12B9" w:rsidRDefault="00880444" w:rsidP="00880444">
      <w:pPr>
        <w:spacing w:before="120" w:after="240" w:line="240" w:lineRule="auto"/>
        <w:jc w:val="center"/>
        <w:rPr>
          <w:rFonts w:eastAsia="Times New Roman" w:cs="Times New Roman"/>
          <w:b/>
          <w:iCs/>
          <w:szCs w:val="24"/>
          <w:shd w:val="clear" w:color="auto" w:fill="FFFFFF"/>
          <w:lang w:val="ro-RO"/>
        </w:rPr>
      </w:pPr>
      <w:r w:rsidRPr="003E12B9">
        <w:rPr>
          <w:rFonts w:eastAsia="Times New Roman" w:cs="Times New Roman"/>
          <w:b/>
          <w:iCs/>
          <w:szCs w:val="24"/>
          <w:shd w:val="clear" w:color="auto" w:fill="FFFFFF"/>
          <w:lang w:val="ro-RO"/>
        </w:rPr>
        <w:t xml:space="preserve">pentru </w:t>
      </w:r>
      <w:r w:rsidR="009220E3">
        <w:rPr>
          <w:rFonts w:eastAsia="Times New Roman" w:cs="Times New Roman"/>
          <w:b/>
          <w:iCs/>
          <w:szCs w:val="24"/>
          <w:shd w:val="clear" w:color="auto" w:fill="FFFFFF"/>
          <w:lang w:val="ro-RO"/>
        </w:rPr>
        <w:t xml:space="preserve">certificare sisteme de management al calității în domeniul </w:t>
      </w:r>
      <w:r w:rsidR="007B69C0">
        <w:rPr>
          <w:rFonts w:eastAsia="Times New Roman" w:cs="Times New Roman"/>
          <w:b/>
          <w:iCs/>
          <w:szCs w:val="24"/>
          <w:shd w:val="clear" w:color="auto" w:fill="FFFFFF"/>
          <w:lang w:val="ro-RO"/>
        </w:rPr>
        <w:t>...................</w:t>
      </w:r>
    </w:p>
    <w:p w14:paraId="16EBC604" w14:textId="77777777" w:rsidR="00880444" w:rsidRDefault="00880444" w:rsidP="00880444">
      <w:pPr>
        <w:spacing w:before="120" w:after="240" w:line="240" w:lineRule="auto"/>
        <w:jc w:val="center"/>
        <w:rPr>
          <w:rFonts w:eastAsia="Times New Roman" w:cs="Times New Roman"/>
          <w:b/>
          <w:i/>
          <w:iCs/>
          <w:szCs w:val="24"/>
          <w:shd w:val="clear" w:color="auto" w:fill="FFFFFF"/>
          <w:lang w:val="ro-RO"/>
        </w:rPr>
      </w:pPr>
    </w:p>
    <w:p w14:paraId="6E1833F5" w14:textId="77777777" w:rsidR="00880444" w:rsidRDefault="00880444" w:rsidP="00880444">
      <w:pPr>
        <w:spacing w:before="120" w:after="240" w:line="240" w:lineRule="auto"/>
        <w:rPr>
          <w:rFonts w:eastAsia="Times New Roman" w:cs="Times New Roman"/>
          <w:iCs/>
          <w:szCs w:val="24"/>
          <w:shd w:val="clear" w:color="auto" w:fill="FFFFFF"/>
          <w:lang w:val="ro-RO"/>
        </w:rPr>
      </w:pPr>
      <w:r w:rsidRPr="003E12B9">
        <w:rPr>
          <w:rFonts w:eastAsia="Times New Roman" w:cs="Times New Roman"/>
          <w:b/>
          <w:iCs/>
          <w:szCs w:val="24"/>
          <w:shd w:val="clear" w:color="auto" w:fill="FFFFFF"/>
          <w:lang w:val="ro-RO"/>
        </w:rPr>
        <w:t xml:space="preserve">Operator economic: </w:t>
      </w:r>
      <w:r w:rsidRPr="003E12B9">
        <w:rPr>
          <w:rFonts w:eastAsia="Times New Roman" w:cs="Times New Roman"/>
          <w:iCs/>
          <w:szCs w:val="24"/>
          <w:shd w:val="clear" w:color="auto" w:fill="FFFFFF"/>
          <w:lang w:val="ro-RO"/>
        </w:rPr>
        <w:t>………….(denumire, adresă)……….</w:t>
      </w:r>
    </w:p>
    <w:p w14:paraId="1352262A" w14:textId="77777777" w:rsidR="00880444" w:rsidRDefault="00880444" w:rsidP="00880444">
      <w:pPr>
        <w:pStyle w:val="Frspaiere"/>
        <w:jc w:val="right"/>
        <w:rPr>
          <w:rFonts w:ascii="Times New Roman" w:hAnsi="Times New Roman" w:cs="Times New Roman"/>
          <w:sz w:val="24"/>
          <w:szCs w:val="24"/>
        </w:rPr>
      </w:pPr>
    </w:p>
    <w:p w14:paraId="518ED5A6" w14:textId="77777777" w:rsidR="00880444" w:rsidRDefault="00880444" w:rsidP="00880444">
      <w:pPr>
        <w:pStyle w:val="Frspaiere"/>
        <w:jc w:val="right"/>
        <w:rPr>
          <w:rFonts w:ascii="Times New Roman" w:hAnsi="Times New Roman" w:cs="Times New Roman"/>
          <w:sz w:val="24"/>
          <w:szCs w:val="24"/>
        </w:rPr>
      </w:pPr>
    </w:p>
    <w:tbl>
      <w:tblPr>
        <w:tblStyle w:val="Tabelgril3"/>
        <w:tblW w:w="10773" w:type="dxa"/>
        <w:tblInd w:w="-459" w:type="dxa"/>
        <w:tblLayout w:type="fixed"/>
        <w:tblLook w:val="04A0" w:firstRow="1" w:lastRow="0" w:firstColumn="1" w:lastColumn="0" w:noHBand="0" w:noVBand="1"/>
      </w:tblPr>
      <w:tblGrid>
        <w:gridCol w:w="567"/>
        <w:gridCol w:w="5490"/>
        <w:gridCol w:w="635"/>
        <w:gridCol w:w="567"/>
        <w:gridCol w:w="3514"/>
      </w:tblGrid>
      <w:tr w:rsidR="00880444" w:rsidRPr="00880444" w14:paraId="7D6AAEE0" w14:textId="77777777" w:rsidTr="007B69C0">
        <w:tc>
          <w:tcPr>
            <w:tcW w:w="567" w:type="dxa"/>
            <w:vMerge w:val="restart"/>
            <w:shd w:val="clear" w:color="auto" w:fill="D9D9D9" w:themeFill="background1" w:themeFillShade="D9"/>
          </w:tcPr>
          <w:p w14:paraId="7B195178" w14:textId="77777777" w:rsidR="00880444" w:rsidRPr="00880444" w:rsidRDefault="00880444" w:rsidP="00880444">
            <w:pPr>
              <w:jc w:val="center"/>
              <w:rPr>
                <w:rFonts w:cs="Times New Roman"/>
                <w:b/>
                <w:sz w:val="22"/>
                <w:lang w:val="ro-RO"/>
              </w:rPr>
            </w:pPr>
            <w:r w:rsidRPr="00880444">
              <w:rPr>
                <w:rFonts w:cs="Times New Roman"/>
                <w:b/>
                <w:sz w:val="22"/>
                <w:lang w:val="ro-RO"/>
              </w:rPr>
              <w:t>Nr.</w:t>
            </w:r>
          </w:p>
          <w:p w14:paraId="15576367" w14:textId="77777777" w:rsidR="00880444" w:rsidRPr="00880444" w:rsidRDefault="00880444" w:rsidP="00880444">
            <w:pPr>
              <w:jc w:val="center"/>
              <w:rPr>
                <w:rFonts w:cs="Times New Roman"/>
                <w:b/>
                <w:sz w:val="22"/>
                <w:lang w:val="ro-RO"/>
              </w:rPr>
            </w:pPr>
            <w:r w:rsidRPr="00880444">
              <w:rPr>
                <w:rFonts w:cs="Times New Roman"/>
                <w:b/>
                <w:sz w:val="22"/>
                <w:lang w:val="ro-RO"/>
              </w:rPr>
              <w:t>crt.</w:t>
            </w:r>
          </w:p>
        </w:tc>
        <w:tc>
          <w:tcPr>
            <w:tcW w:w="5490" w:type="dxa"/>
            <w:vMerge w:val="restart"/>
            <w:shd w:val="clear" w:color="auto" w:fill="D9D9D9" w:themeFill="background1" w:themeFillShade="D9"/>
          </w:tcPr>
          <w:p w14:paraId="548D352B" w14:textId="77777777" w:rsidR="00880444" w:rsidRPr="00880444" w:rsidRDefault="00880444" w:rsidP="00880444">
            <w:pPr>
              <w:jc w:val="center"/>
              <w:rPr>
                <w:rFonts w:cs="Times New Roman"/>
                <w:b/>
                <w:sz w:val="10"/>
                <w:szCs w:val="10"/>
                <w:lang w:val="ro-RO"/>
              </w:rPr>
            </w:pPr>
          </w:p>
          <w:p w14:paraId="483D88CA" w14:textId="77777777" w:rsidR="00880444" w:rsidRPr="00880444" w:rsidRDefault="00880444" w:rsidP="00880444">
            <w:pPr>
              <w:jc w:val="center"/>
              <w:rPr>
                <w:rFonts w:cs="Times New Roman"/>
                <w:b/>
                <w:sz w:val="22"/>
                <w:lang w:val="ro-RO"/>
              </w:rPr>
            </w:pPr>
            <w:r w:rsidRPr="00880444">
              <w:rPr>
                <w:rFonts w:cs="Times New Roman"/>
                <w:b/>
                <w:sz w:val="22"/>
                <w:lang w:val="ro-RO"/>
              </w:rPr>
              <w:t>Cerinţa</w:t>
            </w:r>
          </w:p>
        </w:tc>
        <w:tc>
          <w:tcPr>
            <w:tcW w:w="4716" w:type="dxa"/>
            <w:gridSpan w:val="3"/>
            <w:shd w:val="clear" w:color="auto" w:fill="D9D9D9" w:themeFill="background1" w:themeFillShade="D9"/>
          </w:tcPr>
          <w:p w14:paraId="7BB582DF" w14:textId="77777777" w:rsidR="00880444" w:rsidRPr="00880444" w:rsidRDefault="00880444" w:rsidP="00880444">
            <w:pPr>
              <w:jc w:val="center"/>
              <w:rPr>
                <w:rFonts w:cs="Times New Roman"/>
                <w:b/>
                <w:sz w:val="22"/>
                <w:lang w:val="ro-RO"/>
              </w:rPr>
            </w:pPr>
            <w:r w:rsidRPr="00880444">
              <w:rPr>
                <w:rFonts w:cs="Times New Roman"/>
                <w:b/>
                <w:sz w:val="22"/>
                <w:lang w:val="ro-RO"/>
              </w:rPr>
              <w:t>Rezultatul autoevaluării</w:t>
            </w:r>
          </w:p>
        </w:tc>
      </w:tr>
      <w:tr w:rsidR="00880444" w:rsidRPr="00880444" w14:paraId="1D7E3913" w14:textId="77777777" w:rsidTr="007B69C0">
        <w:tc>
          <w:tcPr>
            <w:tcW w:w="567" w:type="dxa"/>
            <w:vMerge/>
          </w:tcPr>
          <w:p w14:paraId="00C3CFF9" w14:textId="77777777" w:rsidR="00880444" w:rsidRPr="00880444" w:rsidRDefault="00880444" w:rsidP="00880444">
            <w:pPr>
              <w:jc w:val="center"/>
              <w:rPr>
                <w:rFonts w:cs="Times New Roman"/>
                <w:szCs w:val="24"/>
                <w:lang w:val="ro-RO"/>
              </w:rPr>
            </w:pPr>
          </w:p>
        </w:tc>
        <w:tc>
          <w:tcPr>
            <w:tcW w:w="5490" w:type="dxa"/>
            <w:vMerge/>
            <w:shd w:val="clear" w:color="auto" w:fill="D9D9D9" w:themeFill="background1" w:themeFillShade="D9"/>
          </w:tcPr>
          <w:p w14:paraId="730E3C06" w14:textId="77777777" w:rsidR="00880444" w:rsidRPr="00880444" w:rsidRDefault="00880444" w:rsidP="00880444">
            <w:pPr>
              <w:jc w:val="center"/>
              <w:rPr>
                <w:rFonts w:cs="Times New Roman"/>
                <w:szCs w:val="24"/>
                <w:lang w:val="ro-RO"/>
              </w:rPr>
            </w:pPr>
          </w:p>
        </w:tc>
        <w:tc>
          <w:tcPr>
            <w:tcW w:w="635" w:type="dxa"/>
            <w:shd w:val="clear" w:color="auto" w:fill="D9D9D9" w:themeFill="background1" w:themeFillShade="D9"/>
          </w:tcPr>
          <w:p w14:paraId="0421B7B5" w14:textId="53366B39" w:rsidR="00880444" w:rsidRPr="007B69C0" w:rsidRDefault="00880444" w:rsidP="00880444">
            <w:pPr>
              <w:jc w:val="center"/>
              <w:rPr>
                <w:rFonts w:cs="Times New Roman"/>
                <w:b/>
                <w:sz w:val="20"/>
                <w:szCs w:val="20"/>
                <w:lang w:val="ro-RO"/>
              </w:rPr>
            </w:pPr>
            <w:r w:rsidRPr="007B69C0">
              <w:rPr>
                <w:rFonts w:cs="Times New Roman"/>
                <w:b/>
                <w:sz w:val="20"/>
                <w:szCs w:val="20"/>
                <w:lang w:val="ro-RO"/>
              </w:rPr>
              <w:t>DA</w:t>
            </w:r>
            <w:r w:rsidR="007B69C0" w:rsidRPr="007B69C0">
              <w:rPr>
                <w:rFonts w:cs="Times New Roman"/>
                <w:b/>
                <w:sz w:val="20"/>
                <w:szCs w:val="20"/>
                <w:lang w:val="ro-RO"/>
              </w:rPr>
              <w:t>*</w:t>
            </w:r>
          </w:p>
        </w:tc>
        <w:tc>
          <w:tcPr>
            <w:tcW w:w="567" w:type="dxa"/>
            <w:shd w:val="clear" w:color="auto" w:fill="D9D9D9" w:themeFill="background1" w:themeFillShade="D9"/>
          </w:tcPr>
          <w:p w14:paraId="1C914DA2" w14:textId="77777777" w:rsidR="00880444" w:rsidRPr="007B69C0" w:rsidRDefault="00880444" w:rsidP="00880444">
            <w:pPr>
              <w:jc w:val="center"/>
              <w:rPr>
                <w:rFonts w:cs="Times New Roman"/>
                <w:b/>
                <w:sz w:val="20"/>
                <w:szCs w:val="20"/>
                <w:lang w:val="ro-RO"/>
              </w:rPr>
            </w:pPr>
            <w:r w:rsidRPr="007B69C0">
              <w:rPr>
                <w:rFonts w:cs="Times New Roman"/>
                <w:b/>
                <w:sz w:val="20"/>
                <w:szCs w:val="20"/>
                <w:lang w:val="ro-RO"/>
              </w:rPr>
              <w:t>NU</w:t>
            </w:r>
          </w:p>
        </w:tc>
        <w:tc>
          <w:tcPr>
            <w:tcW w:w="3514" w:type="dxa"/>
            <w:shd w:val="clear" w:color="auto" w:fill="D9D9D9" w:themeFill="background1" w:themeFillShade="D9"/>
          </w:tcPr>
          <w:p w14:paraId="0D5C0025" w14:textId="77777777" w:rsidR="00880444" w:rsidRPr="00880444" w:rsidRDefault="00880444" w:rsidP="00880444">
            <w:pPr>
              <w:jc w:val="center"/>
              <w:rPr>
                <w:rFonts w:cs="Times New Roman"/>
                <w:b/>
                <w:sz w:val="22"/>
                <w:lang w:val="ro-RO"/>
              </w:rPr>
            </w:pPr>
            <w:r w:rsidRPr="00880444">
              <w:rPr>
                <w:rFonts w:cs="Times New Roman"/>
                <w:b/>
                <w:sz w:val="22"/>
                <w:lang w:val="ro-RO"/>
              </w:rPr>
              <w:t>Dovezi/ înregistrări</w:t>
            </w:r>
          </w:p>
        </w:tc>
      </w:tr>
      <w:tr w:rsidR="00880444" w:rsidRPr="00880444" w14:paraId="140A9126" w14:textId="77777777" w:rsidTr="007B69C0">
        <w:tc>
          <w:tcPr>
            <w:tcW w:w="567" w:type="dxa"/>
          </w:tcPr>
          <w:p w14:paraId="0E605922" w14:textId="77777777" w:rsidR="00880444" w:rsidRPr="00880444" w:rsidRDefault="00880444" w:rsidP="00880444">
            <w:pPr>
              <w:jc w:val="center"/>
              <w:rPr>
                <w:rFonts w:cs="Times New Roman"/>
                <w:b/>
                <w:sz w:val="22"/>
                <w:lang w:val="ro-RO"/>
              </w:rPr>
            </w:pPr>
            <w:r w:rsidRPr="00880444">
              <w:rPr>
                <w:rFonts w:cs="Times New Roman"/>
                <w:b/>
                <w:sz w:val="22"/>
                <w:lang w:val="ro-RO"/>
              </w:rPr>
              <w:t>1.</w:t>
            </w:r>
          </w:p>
        </w:tc>
        <w:tc>
          <w:tcPr>
            <w:tcW w:w="5490" w:type="dxa"/>
          </w:tcPr>
          <w:p w14:paraId="21482EEB" w14:textId="77777777" w:rsidR="00880444" w:rsidRPr="00880444" w:rsidRDefault="00880444" w:rsidP="00880444">
            <w:pPr>
              <w:jc w:val="both"/>
              <w:rPr>
                <w:rFonts w:cs="Times New Roman"/>
                <w:sz w:val="22"/>
                <w:lang w:val="ro-RO"/>
              </w:rPr>
            </w:pPr>
            <w:r w:rsidRPr="00880444">
              <w:rPr>
                <w:rFonts w:cs="Times New Roman"/>
                <w:sz w:val="22"/>
                <w:lang w:val="ro-RO"/>
              </w:rPr>
              <w:t>Aţi identificat factorii interni și externi relevanţi care pot afecta activităţile desfăşurate de către OE?</w:t>
            </w:r>
          </w:p>
        </w:tc>
        <w:tc>
          <w:tcPr>
            <w:tcW w:w="635" w:type="dxa"/>
          </w:tcPr>
          <w:p w14:paraId="693C9E5F" w14:textId="77777777" w:rsidR="00880444" w:rsidRPr="00880444" w:rsidRDefault="00880444" w:rsidP="00880444">
            <w:pPr>
              <w:rPr>
                <w:rFonts w:cs="Times New Roman"/>
                <w:szCs w:val="24"/>
                <w:lang w:val="ro-RO"/>
              </w:rPr>
            </w:pPr>
          </w:p>
        </w:tc>
        <w:tc>
          <w:tcPr>
            <w:tcW w:w="567" w:type="dxa"/>
          </w:tcPr>
          <w:p w14:paraId="55949AC5" w14:textId="77777777" w:rsidR="00880444" w:rsidRPr="00880444" w:rsidRDefault="00880444" w:rsidP="00880444">
            <w:pPr>
              <w:rPr>
                <w:rFonts w:cs="Times New Roman"/>
                <w:szCs w:val="24"/>
                <w:lang w:val="ro-RO"/>
              </w:rPr>
            </w:pPr>
          </w:p>
        </w:tc>
        <w:tc>
          <w:tcPr>
            <w:tcW w:w="3514" w:type="dxa"/>
          </w:tcPr>
          <w:p w14:paraId="410265DC" w14:textId="77777777" w:rsidR="00880444" w:rsidRPr="00880444" w:rsidRDefault="00880444" w:rsidP="00880444">
            <w:pPr>
              <w:rPr>
                <w:rFonts w:cs="Times New Roman"/>
                <w:szCs w:val="24"/>
                <w:lang w:val="ro-RO"/>
              </w:rPr>
            </w:pPr>
          </w:p>
        </w:tc>
      </w:tr>
      <w:tr w:rsidR="00880444" w:rsidRPr="00A916CD" w14:paraId="5143AB25" w14:textId="77777777" w:rsidTr="007B69C0">
        <w:tc>
          <w:tcPr>
            <w:tcW w:w="567" w:type="dxa"/>
          </w:tcPr>
          <w:p w14:paraId="746F2BAE" w14:textId="77777777" w:rsidR="00880444" w:rsidRPr="00880444" w:rsidRDefault="00880444" w:rsidP="00880444">
            <w:pPr>
              <w:jc w:val="center"/>
              <w:rPr>
                <w:rFonts w:cs="Times New Roman"/>
                <w:b/>
                <w:sz w:val="22"/>
                <w:lang w:val="ro-RO"/>
              </w:rPr>
            </w:pPr>
            <w:r w:rsidRPr="00880444">
              <w:rPr>
                <w:rFonts w:cs="Times New Roman"/>
                <w:b/>
                <w:sz w:val="22"/>
                <w:lang w:val="ro-RO"/>
              </w:rPr>
              <w:t>2.</w:t>
            </w:r>
          </w:p>
        </w:tc>
        <w:tc>
          <w:tcPr>
            <w:tcW w:w="5490" w:type="dxa"/>
          </w:tcPr>
          <w:p w14:paraId="67EB99FC" w14:textId="77777777" w:rsidR="00880444" w:rsidRPr="00880444" w:rsidRDefault="00880444" w:rsidP="00880444">
            <w:pPr>
              <w:jc w:val="both"/>
              <w:rPr>
                <w:rFonts w:cs="Times New Roman"/>
                <w:sz w:val="22"/>
                <w:lang w:val="ro-RO"/>
              </w:rPr>
            </w:pPr>
            <w:r w:rsidRPr="00880444">
              <w:rPr>
                <w:rFonts w:cs="Times New Roman"/>
                <w:sz w:val="22"/>
                <w:lang w:val="ro-RO"/>
              </w:rPr>
              <w:t xml:space="preserve">Aţi stabilit și comunicat sarcinile, responsabilităţile şi autorităţile pentru personalul care îşi desfăşoară activitatea în cadrul OE? </w:t>
            </w:r>
          </w:p>
        </w:tc>
        <w:tc>
          <w:tcPr>
            <w:tcW w:w="635" w:type="dxa"/>
          </w:tcPr>
          <w:p w14:paraId="547F486A" w14:textId="77777777" w:rsidR="00880444" w:rsidRPr="00880444" w:rsidRDefault="00880444" w:rsidP="00880444">
            <w:pPr>
              <w:rPr>
                <w:rFonts w:cs="Times New Roman"/>
                <w:szCs w:val="24"/>
                <w:lang w:val="ro-RO"/>
              </w:rPr>
            </w:pPr>
          </w:p>
        </w:tc>
        <w:tc>
          <w:tcPr>
            <w:tcW w:w="567" w:type="dxa"/>
          </w:tcPr>
          <w:p w14:paraId="3209EB9E" w14:textId="77777777" w:rsidR="00880444" w:rsidRPr="00880444" w:rsidRDefault="00880444" w:rsidP="00880444">
            <w:pPr>
              <w:rPr>
                <w:rFonts w:cs="Times New Roman"/>
                <w:szCs w:val="24"/>
                <w:lang w:val="ro-RO"/>
              </w:rPr>
            </w:pPr>
          </w:p>
        </w:tc>
        <w:tc>
          <w:tcPr>
            <w:tcW w:w="3514" w:type="dxa"/>
          </w:tcPr>
          <w:p w14:paraId="41A0CF76" w14:textId="77777777" w:rsidR="00880444" w:rsidRPr="00880444" w:rsidRDefault="00880444" w:rsidP="00880444">
            <w:pPr>
              <w:rPr>
                <w:rFonts w:cs="Times New Roman"/>
                <w:szCs w:val="24"/>
                <w:lang w:val="ro-RO"/>
              </w:rPr>
            </w:pPr>
          </w:p>
        </w:tc>
      </w:tr>
      <w:tr w:rsidR="00880444" w:rsidRPr="00880444" w14:paraId="24128ACA" w14:textId="77777777" w:rsidTr="007B69C0">
        <w:tc>
          <w:tcPr>
            <w:tcW w:w="567" w:type="dxa"/>
          </w:tcPr>
          <w:p w14:paraId="2C099D02" w14:textId="77777777" w:rsidR="00880444" w:rsidRPr="00880444" w:rsidRDefault="00880444" w:rsidP="00880444">
            <w:pPr>
              <w:jc w:val="center"/>
              <w:rPr>
                <w:rFonts w:cs="Times New Roman"/>
                <w:b/>
                <w:sz w:val="22"/>
                <w:lang w:val="ro-RO"/>
              </w:rPr>
            </w:pPr>
            <w:r w:rsidRPr="00880444">
              <w:rPr>
                <w:rFonts w:cs="Times New Roman"/>
                <w:b/>
                <w:sz w:val="22"/>
                <w:lang w:val="ro-RO"/>
              </w:rPr>
              <w:t>3.</w:t>
            </w:r>
          </w:p>
        </w:tc>
        <w:tc>
          <w:tcPr>
            <w:tcW w:w="5490" w:type="dxa"/>
          </w:tcPr>
          <w:p w14:paraId="07D92528" w14:textId="77777777" w:rsidR="00880444" w:rsidRPr="00880444" w:rsidRDefault="00880444" w:rsidP="00880444">
            <w:pPr>
              <w:jc w:val="both"/>
              <w:rPr>
                <w:rFonts w:cs="Times New Roman"/>
                <w:sz w:val="22"/>
                <w:lang w:val="ro-RO"/>
              </w:rPr>
            </w:pPr>
            <w:r w:rsidRPr="00880444">
              <w:rPr>
                <w:rFonts w:cs="Times New Roman"/>
                <w:sz w:val="22"/>
                <w:lang w:val="ro-RO"/>
              </w:rPr>
              <w:t>Aţi desemnat personalul cu responsabilitate şi autoritate pentru raportarea către managementul de la cel mai înalt nivel, referitor la performanța SMCF şi la oportunităţile de îmbunătățire? Precizați funcția și calificarea acestuia.</w:t>
            </w:r>
          </w:p>
        </w:tc>
        <w:tc>
          <w:tcPr>
            <w:tcW w:w="635" w:type="dxa"/>
          </w:tcPr>
          <w:p w14:paraId="30731153" w14:textId="77777777" w:rsidR="00880444" w:rsidRPr="00880444" w:rsidRDefault="00880444" w:rsidP="00880444">
            <w:pPr>
              <w:rPr>
                <w:rFonts w:cs="Times New Roman"/>
                <w:szCs w:val="24"/>
                <w:lang w:val="ro-RO"/>
              </w:rPr>
            </w:pPr>
          </w:p>
        </w:tc>
        <w:tc>
          <w:tcPr>
            <w:tcW w:w="567" w:type="dxa"/>
          </w:tcPr>
          <w:p w14:paraId="496C73EB" w14:textId="77777777" w:rsidR="00880444" w:rsidRPr="00880444" w:rsidRDefault="00880444" w:rsidP="00880444">
            <w:pPr>
              <w:rPr>
                <w:rFonts w:cs="Times New Roman"/>
                <w:szCs w:val="24"/>
                <w:lang w:val="ro-RO"/>
              </w:rPr>
            </w:pPr>
          </w:p>
        </w:tc>
        <w:tc>
          <w:tcPr>
            <w:tcW w:w="3514" w:type="dxa"/>
          </w:tcPr>
          <w:p w14:paraId="60A7E53F" w14:textId="77777777" w:rsidR="00880444" w:rsidRPr="00880444" w:rsidRDefault="00880444" w:rsidP="00880444">
            <w:pPr>
              <w:rPr>
                <w:rFonts w:cs="Times New Roman"/>
                <w:szCs w:val="24"/>
                <w:lang w:val="ro-RO"/>
              </w:rPr>
            </w:pPr>
          </w:p>
        </w:tc>
      </w:tr>
      <w:tr w:rsidR="00880444" w:rsidRPr="00A916CD" w14:paraId="5FADBCEF" w14:textId="77777777" w:rsidTr="007B69C0">
        <w:tc>
          <w:tcPr>
            <w:tcW w:w="567" w:type="dxa"/>
          </w:tcPr>
          <w:p w14:paraId="7663263F" w14:textId="77777777" w:rsidR="00880444" w:rsidRPr="00880444" w:rsidRDefault="00880444" w:rsidP="00880444">
            <w:pPr>
              <w:jc w:val="center"/>
              <w:rPr>
                <w:rFonts w:cs="Times New Roman"/>
                <w:b/>
                <w:sz w:val="22"/>
                <w:lang w:val="ro-RO"/>
              </w:rPr>
            </w:pPr>
            <w:r w:rsidRPr="00880444">
              <w:rPr>
                <w:rFonts w:cs="Times New Roman"/>
                <w:b/>
                <w:sz w:val="22"/>
                <w:lang w:val="ro-RO"/>
              </w:rPr>
              <w:t>4.</w:t>
            </w:r>
          </w:p>
        </w:tc>
        <w:tc>
          <w:tcPr>
            <w:tcW w:w="5490" w:type="dxa"/>
          </w:tcPr>
          <w:p w14:paraId="54BF27EF" w14:textId="77777777" w:rsidR="00880444" w:rsidRPr="00880444" w:rsidRDefault="00880444" w:rsidP="00880444">
            <w:pPr>
              <w:jc w:val="both"/>
              <w:rPr>
                <w:rFonts w:cs="Times New Roman"/>
                <w:sz w:val="22"/>
                <w:lang w:val="ro-RO"/>
              </w:rPr>
            </w:pPr>
            <w:r w:rsidRPr="00880444">
              <w:rPr>
                <w:rFonts w:cs="Times New Roman"/>
                <w:sz w:val="22"/>
                <w:lang w:val="ro-RO"/>
              </w:rPr>
              <w:t>Aţi stabilit și comunicat politica în domeniul calităţii aplicabilă pentru SMCF și obiectivele calităţii aferente? Anexaţi politica în domeniul calităţii şi obiectivele calităţii (în vigoare).</w:t>
            </w:r>
          </w:p>
        </w:tc>
        <w:tc>
          <w:tcPr>
            <w:tcW w:w="635" w:type="dxa"/>
          </w:tcPr>
          <w:p w14:paraId="446BEF24" w14:textId="77777777" w:rsidR="00880444" w:rsidRPr="00880444" w:rsidRDefault="00880444" w:rsidP="00880444">
            <w:pPr>
              <w:rPr>
                <w:rFonts w:cs="Times New Roman"/>
                <w:szCs w:val="24"/>
                <w:lang w:val="ro-RO"/>
              </w:rPr>
            </w:pPr>
          </w:p>
        </w:tc>
        <w:tc>
          <w:tcPr>
            <w:tcW w:w="567" w:type="dxa"/>
          </w:tcPr>
          <w:p w14:paraId="7BC20075" w14:textId="77777777" w:rsidR="00880444" w:rsidRPr="00880444" w:rsidRDefault="00880444" w:rsidP="00880444">
            <w:pPr>
              <w:rPr>
                <w:rFonts w:cs="Times New Roman"/>
                <w:szCs w:val="24"/>
                <w:lang w:val="ro-RO"/>
              </w:rPr>
            </w:pPr>
          </w:p>
        </w:tc>
        <w:tc>
          <w:tcPr>
            <w:tcW w:w="3514" w:type="dxa"/>
          </w:tcPr>
          <w:p w14:paraId="5C98742D" w14:textId="77777777" w:rsidR="00880444" w:rsidRPr="00880444" w:rsidRDefault="00880444" w:rsidP="00880444">
            <w:pPr>
              <w:rPr>
                <w:rFonts w:cs="Times New Roman"/>
                <w:szCs w:val="24"/>
                <w:lang w:val="ro-RO"/>
              </w:rPr>
            </w:pPr>
          </w:p>
        </w:tc>
      </w:tr>
      <w:tr w:rsidR="00880444" w:rsidRPr="00880444" w14:paraId="0073CA5A" w14:textId="77777777" w:rsidTr="007B69C0">
        <w:tc>
          <w:tcPr>
            <w:tcW w:w="567" w:type="dxa"/>
          </w:tcPr>
          <w:p w14:paraId="27360DD1" w14:textId="77777777" w:rsidR="00880444" w:rsidRPr="00880444" w:rsidRDefault="00880444" w:rsidP="00880444">
            <w:pPr>
              <w:jc w:val="center"/>
              <w:rPr>
                <w:rFonts w:cs="Times New Roman"/>
                <w:b/>
                <w:sz w:val="22"/>
                <w:lang w:val="ro-RO"/>
              </w:rPr>
            </w:pPr>
            <w:r w:rsidRPr="00880444">
              <w:rPr>
                <w:rFonts w:cs="Times New Roman"/>
                <w:b/>
                <w:sz w:val="22"/>
                <w:lang w:val="ro-RO"/>
              </w:rPr>
              <w:t>5.</w:t>
            </w:r>
          </w:p>
        </w:tc>
        <w:tc>
          <w:tcPr>
            <w:tcW w:w="5490" w:type="dxa"/>
          </w:tcPr>
          <w:p w14:paraId="5FBCE177" w14:textId="77777777" w:rsidR="00880444" w:rsidRPr="00880444" w:rsidRDefault="00880444" w:rsidP="00880444">
            <w:pPr>
              <w:jc w:val="both"/>
              <w:rPr>
                <w:rFonts w:cs="Times New Roman"/>
                <w:sz w:val="22"/>
                <w:lang w:val="ro-RO"/>
              </w:rPr>
            </w:pPr>
            <w:r w:rsidRPr="00880444">
              <w:rPr>
                <w:rFonts w:cs="Times New Roman"/>
                <w:sz w:val="22"/>
                <w:lang w:val="ro-RO"/>
              </w:rPr>
              <w:t xml:space="preserve">Aţi identificat și evaluat riscurile care necesită a fi tratate pentru a asigura că pot fi atinse obiectivele în domeniul calităţii identificate? Precizaţi unde se regăsesc. </w:t>
            </w:r>
          </w:p>
        </w:tc>
        <w:tc>
          <w:tcPr>
            <w:tcW w:w="635" w:type="dxa"/>
          </w:tcPr>
          <w:p w14:paraId="6C228A90" w14:textId="77777777" w:rsidR="00880444" w:rsidRPr="00880444" w:rsidRDefault="00880444" w:rsidP="00880444">
            <w:pPr>
              <w:rPr>
                <w:rFonts w:cs="Times New Roman"/>
                <w:szCs w:val="24"/>
                <w:lang w:val="ro-RO"/>
              </w:rPr>
            </w:pPr>
          </w:p>
        </w:tc>
        <w:tc>
          <w:tcPr>
            <w:tcW w:w="567" w:type="dxa"/>
          </w:tcPr>
          <w:p w14:paraId="042AAB94" w14:textId="77777777" w:rsidR="00880444" w:rsidRPr="00880444" w:rsidRDefault="00880444" w:rsidP="00880444">
            <w:pPr>
              <w:rPr>
                <w:rFonts w:cs="Times New Roman"/>
                <w:szCs w:val="24"/>
                <w:lang w:val="ro-RO"/>
              </w:rPr>
            </w:pPr>
          </w:p>
        </w:tc>
        <w:tc>
          <w:tcPr>
            <w:tcW w:w="3514" w:type="dxa"/>
          </w:tcPr>
          <w:p w14:paraId="74050A94" w14:textId="77777777" w:rsidR="00880444" w:rsidRPr="00880444" w:rsidRDefault="00880444" w:rsidP="00880444">
            <w:pPr>
              <w:rPr>
                <w:rFonts w:cs="Times New Roman"/>
                <w:szCs w:val="24"/>
                <w:lang w:val="ro-RO"/>
              </w:rPr>
            </w:pPr>
          </w:p>
        </w:tc>
      </w:tr>
      <w:tr w:rsidR="00880444" w:rsidRPr="00A916CD" w14:paraId="68C7CB1B" w14:textId="77777777" w:rsidTr="007B69C0">
        <w:tc>
          <w:tcPr>
            <w:tcW w:w="567" w:type="dxa"/>
          </w:tcPr>
          <w:p w14:paraId="75269876" w14:textId="77777777" w:rsidR="00880444" w:rsidRPr="00880444" w:rsidRDefault="00880444" w:rsidP="00880444">
            <w:pPr>
              <w:jc w:val="center"/>
              <w:rPr>
                <w:rFonts w:cs="Times New Roman"/>
                <w:b/>
                <w:sz w:val="22"/>
                <w:lang w:val="ro-RO"/>
              </w:rPr>
            </w:pPr>
            <w:r w:rsidRPr="00880444">
              <w:rPr>
                <w:rFonts w:cs="Times New Roman"/>
                <w:b/>
                <w:sz w:val="22"/>
                <w:lang w:val="ro-RO"/>
              </w:rPr>
              <w:t>6.</w:t>
            </w:r>
          </w:p>
        </w:tc>
        <w:tc>
          <w:tcPr>
            <w:tcW w:w="5490" w:type="dxa"/>
          </w:tcPr>
          <w:p w14:paraId="64B3E8CB" w14:textId="77777777" w:rsidR="00880444" w:rsidRPr="00880444" w:rsidRDefault="00880444" w:rsidP="00880444">
            <w:pPr>
              <w:jc w:val="both"/>
              <w:rPr>
                <w:rFonts w:cs="Times New Roman"/>
                <w:sz w:val="22"/>
                <w:lang w:val="ro-RO"/>
              </w:rPr>
            </w:pPr>
            <w:r w:rsidRPr="00880444">
              <w:rPr>
                <w:rFonts w:cs="Times New Roman"/>
                <w:sz w:val="22"/>
                <w:lang w:val="ro-RO"/>
              </w:rPr>
              <w:t>Aţi identificat documentele de origine externă necesare pentru planificarea și operarea activităţilor/ proceselor  desfăşurate în cadrul SMCF (standarde tehnice, norme tehnice, legislație etc.)?</w:t>
            </w:r>
          </w:p>
        </w:tc>
        <w:tc>
          <w:tcPr>
            <w:tcW w:w="635" w:type="dxa"/>
          </w:tcPr>
          <w:p w14:paraId="64F697C6" w14:textId="77777777" w:rsidR="00880444" w:rsidRPr="00880444" w:rsidRDefault="00880444" w:rsidP="00880444">
            <w:pPr>
              <w:rPr>
                <w:rFonts w:cs="Times New Roman"/>
                <w:szCs w:val="24"/>
                <w:lang w:val="ro-RO"/>
              </w:rPr>
            </w:pPr>
          </w:p>
        </w:tc>
        <w:tc>
          <w:tcPr>
            <w:tcW w:w="567" w:type="dxa"/>
          </w:tcPr>
          <w:p w14:paraId="63297393" w14:textId="77777777" w:rsidR="00880444" w:rsidRPr="00880444" w:rsidRDefault="00880444" w:rsidP="00880444">
            <w:pPr>
              <w:rPr>
                <w:rFonts w:cs="Times New Roman"/>
                <w:szCs w:val="24"/>
                <w:lang w:val="ro-RO"/>
              </w:rPr>
            </w:pPr>
          </w:p>
        </w:tc>
        <w:tc>
          <w:tcPr>
            <w:tcW w:w="3514" w:type="dxa"/>
          </w:tcPr>
          <w:p w14:paraId="4843B6C7" w14:textId="77777777" w:rsidR="00880444" w:rsidRPr="00880444" w:rsidRDefault="00880444" w:rsidP="00880444">
            <w:pPr>
              <w:rPr>
                <w:rFonts w:cs="Times New Roman"/>
                <w:szCs w:val="24"/>
                <w:lang w:val="ro-RO"/>
              </w:rPr>
            </w:pPr>
          </w:p>
        </w:tc>
      </w:tr>
      <w:tr w:rsidR="00880444" w:rsidRPr="00A916CD" w14:paraId="17492794" w14:textId="77777777" w:rsidTr="007B69C0">
        <w:tc>
          <w:tcPr>
            <w:tcW w:w="567" w:type="dxa"/>
          </w:tcPr>
          <w:p w14:paraId="53C7AA57" w14:textId="77777777" w:rsidR="00880444" w:rsidRPr="00880444" w:rsidRDefault="00880444" w:rsidP="00880444">
            <w:pPr>
              <w:jc w:val="center"/>
              <w:rPr>
                <w:rFonts w:cs="Times New Roman"/>
                <w:b/>
                <w:sz w:val="22"/>
                <w:lang w:val="ro-RO"/>
              </w:rPr>
            </w:pPr>
            <w:r w:rsidRPr="00880444">
              <w:rPr>
                <w:rFonts w:cs="Times New Roman"/>
                <w:b/>
                <w:sz w:val="22"/>
                <w:lang w:val="ro-RO"/>
              </w:rPr>
              <w:t>7.</w:t>
            </w:r>
          </w:p>
        </w:tc>
        <w:tc>
          <w:tcPr>
            <w:tcW w:w="5490" w:type="dxa"/>
          </w:tcPr>
          <w:p w14:paraId="2DDEBC26" w14:textId="77777777" w:rsidR="00880444" w:rsidRPr="00880444" w:rsidRDefault="00880444" w:rsidP="00880444">
            <w:pPr>
              <w:jc w:val="both"/>
              <w:rPr>
                <w:rFonts w:cs="Times New Roman"/>
                <w:sz w:val="22"/>
                <w:lang w:val="ro-RO"/>
              </w:rPr>
            </w:pPr>
            <w:r w:rsidRPr="00880444">
              <w:rPr>
                <w:rFonts w:cs="Times New Roman"/>
                <w:sz w:val="22"/>
                <w:lang w:val="ro-RO"/>
              </w:rPr>
              <w:t xml:space="preserve">Aveţi definite modalităţile pentru ţinerea sub control a documentelor (întocmire, actualizare, difuzare, protejare, modificare, arhivare, eliminare)? </w:t>
            </w:r>
          </w:p>
        </w:tc>
        <w:tc>
          <w:tcPr>
            <w:tcW w:w="635" w:type="dxa"/>
          </w:tcPr>
          <w:p w14:paraId="54E4D0E6" w14:textId="77777777" w:rsidR="00880444" w:rsidRPr="00880444" w:rsidRDefault="00880444" w:rsidP="00880444">
            <w:pPr>
              <w:rPr>
                <w:rFonts w:cs="Times New Roman"/>
                <w:szCs w:val="24"/>
                <w:lang w:val="ro-RO"/>
              </w:rPr>
            </w:pPr>
          </w:p>
        </w:tc>
        <w:tc>
          <w:tcPr>
            <w:tcW w:w="567" w:type="dxa"/>
          </w:tcPr>
          <w:p w14:paraId="692EF240" w14:textId="77777777" w:rsidR="00880444" w:rsidRPr="00880444" w:rsidRDefault="00880444" w:rsidP="00880444">
            <w:pPr>
              <w:rPr>
                <w:rFonts w:cs="Times New Roman"/>
                <w:szCs w:val="24"/>
                <w:lang w:val="ro-RO"/>
              </w:rPr>
            </w:pPr>
          </w:p>
        </w:tc>
        <w:tc>
          <w:tcPr>
            <w:tcW w:w="3514" w:type="dxa"/>
          </w:tcPr>
          <w:p w14:paraId="49107444" w14:textId="77777777" w:rsidR="00880444" w:rsidRPr="00880444" w:rsidRDefault="00880444" w:rsidP="00880444">
            <w:pPr>
              <w:rPr>
                <w:rFonts w:cs="Times New Roman"/>
                <w:szCs w:val="24"/>
                <w:lang w:val="ro-RO"/>
              </w:rPr>
            </w:pPr>
          </w:p>
        </w:tc>
      </w:tr>
      <w:tr w:rsidR="00880444" w:rsidRPr="00A916CD" w14:paraId="2376B575" w14:textId="77777777" w:rsidTr="007B69C0">
        <w:tc>
          <w:tcPr>
            <w:tcW w:w="567" w:type="dxa"/>
          </w:tcPr>
          <w:p w14:paraId="6C800831" w14:textId="77777777" w:rsidR="00880444" w:rsidRPr="00880444" w:rsidRDefault="00880444" w:rsidP="00880444">
            <w:pPr>
              <w:jc w:val="center"/>
              <w:rPr>
                <w:rFonts w:cs="Times New Roman"/>
                <w:b/>
                <w:sz w:val="22"/>
                <w:lang w:val="ro-RO"/>
              </w:rPr>
            </w:pPr>
            <w:r w:rsidRPr="00880444">
              <w:rPr>
                <w:rFonts w:cs="Times New Roman"/>
                <w:b/>
                <w:sz w:val="22"/>
                <w:lang w:val="ro-RO"/>
              </w:rPr>
              <w:t>8.</w:t>
            </w:r>
          </w:p>
        </w:tc>
        <w:tc>
          <w:tcPr>
            <w:tcW w:w="5490" w:type="dxa"/>
          </w:tcPr>
          <w:p w14:paraId="06C73F2F" w14:textId="77777777" w:rsidR="00880444" w:rsidRPr="00880444" w:rsidRDefault="00880444" w:rsidP="00880444">
            <w:pPr>
              <w:jc w:val="both"/>
              <w:rPr>
                <w:rFonts w:cs="Times New Roman"/>
                <w:sz w:val="22"/>
                <w:lang w:val="ro-RO"/>
              </w:rPr>
            </w:pPr>
            <w:r w:rsidRPr="00880444">
              <w:rPr>
                <w:rFonts w:cs="Times New Roman"/>
                <w:sz w:val="22"/>
                <w:lang w:val="ro-RO"/>
              </w:rPr>
              <w:t>Aveți definite modalităţile pentru ţinerea sub control a echipamentelor (identificare, manipulare, transport, depozitare, utilizare şi mentenanţă planificată), inclusiv hardware şi software (după cum e aplicabil)?</w:t>
            </w:r>
          </w:p>
        </w:tc>
        <w:tc>
          <w:tcPr>
            <w:tcW w:w="635" w:type="dxa"/>
          </w:tcPr>
          <w:p w14:paraId="24CF9976" w14:textId="77777777" w:rsidR="00880444" w:rsidRPr="00880444" w:rsidRDefault="00880444" w:rsidP="00880444">
            <w:pPr>
              <w:rPr>
                <w:rFonts w:cs="Times New Roman"/>
                <w:color w:val="FF0000"/>
                <w:sz w:val="22"/>
                <w:lang w:val="ro-RO"/>
              </w:rPr>
            </w:pPr>
          </w:p>
        </w:tc>
        <w:tc>
          <w:tcPr>
            <w:tcW w:w="567" w:type="dxa"/>
          </w:tcPr>
          <w:p w14:paraId="4B3EFDDD" w14:textId="77777777" w:rsidR="00880444" w:rsidRPr="00880444" w:rsidRDefault="00880444" w:rsidP="00880444">
            <w:pPr>
              <w:rPr>
                <w:rFonts w:cs="Times New Roman"/>
                <w:color w:val="FF0000"/>
                <w:sz w:val="22"/>
                <w:lang w:val="ro-RO"/>
              </w:rPr>
            </w:pPr>
          </w:p>
        </w:tc>
        <w:tc>
          <w:tcPr>
            <w:tcW w:w="3514" w:type="dxa"/>
          </w:tcPr>
          <w:p w14:paraId="4A9DD164" w14:textId="77777777" w:rsidR="00880444" w:rsidRPr="00880444" w:rsidRDefault="00880444" w:rsidP="00880444">
            <w:pPr>
              <w:rPr>
                <w:rFonts w:cs="Times New Roman"/>
                <w:color w:val="FF0000"/>
                <w:sz w:val="22"/>
                <w:lang w:val="ro-RO"/>
              </w:rPr>
            </w:pPr>
          </w:p>
        </w:tc>
      </w:tr>
      <w:tr w:rsidR="00880444" w:rsidRPr="00A916CD" w14:paraId="3CC71512" w14:textId="77777777" w:rsidTr="007B69C0">
        <w:tc>
          <w:tcPr>
            <w:tcW w:w="567" w:type="dxa"/>
          </w:tcPr>
          <w:p w14:paraId="1C1C11F6" w14:textId="77777777" w:rsidR="00880444" w:rsidRPr="00880444" w:rsidRDefault="00880444" w:rsidP="00880444">
            <w:pPr>
              <w:jc w:val="center"/>
              <w:rPr>
                <w:rFonts w:cs="Times New Roman"/>
                <w:b/>
                <w:sz w:val="22"/>
                <w:lang w:val="ro-RO"/>
              </w:rPr>
            </w:pPr>
            <w:r w:rsidRPr="00880444">
              <w:rPr>
                <w:rFonts w:cs="Times New Roman"/>
                <w:b/>
                <w:sz w:val="22"/>
                <w:lang w:val="ro-RO"/>
              </w:rPr>
              <w:t>9.</w:t>
            </w:r>
          </w:p>
        </w:tc>
        <w:tc>
          <w:tcPr>
            <w:tcW w:w="5490" w:type="dxa"/>
          </w:tcPr>
          <w:p w14:paraId="7BE9D6A4" w14:textId="77777777" w:rsidR="00880444" w:rsidRPr="00880444" w:rsidRDefault="00880444" w:rsidP="00880444">
            <w:pPr>
              <w:jc w:val="both"/>
              <w:rPr>
                <w:rFonts w:cs="Times New Roman"/>
                <w:sz w:val="22"/>
                <w:lang w:val="ro-RO"/>
              </w:rPr>
            </w:pPr>
            <w:r w:rsidRPr="00880444">
              <w:rPr>
                <w:rFonts w:cs="Times New Roman"/>
                <w:sz w:val="22"/>
                <w:lang w:val="ro-RO"/>
              </w:rPr>
              <w:t>Aveţi definită metoda de evidenţă a verificărilor metrologice/ etalonărilor echipamentelor de monitorizare și încercare utilizate?</w:t>
            </w:r>
          </w:p>
        </w:tc>
        <w:tc>
          <w:tcPr>
            <w:tcW w:w="635" w:type="dxa"/>
          </w:tcPr>
          <w:p w14:paraId="54DC4E55" w14:textId="77777777" w:rsidR="00880444" w:rsidRPr="00880444" w:rsidRDefault="00880444" w:rsidP="00880444">
            <w:pPr>
              <w:rPr>
                <w:rFonts w:cs="Times New Roman"/>
                <w:sz w:val="22"/>
                <w:lang w:val="ro-RO"/>
              </w:rPr>
            </w:pPr>
          </w:p>
        </w:tc>
        <w:tc>
          <w:tcPr>
            <w:tcW w:w="567" w:type="dxa"/>
          </w:tcPr>
          <w:p w14:paraId="22B5FD5B" w14:textId="77777777" w:rsidR="00880444" w:rsidRPr="00880444" w:rsidRDefault="00880444" w:rsidP="00880444">
            <w:pPr>
              <w:rPr>
                <w:rFonts w:cs="Times New Roman"/>
                <w:sz w:val="22"/>
                <w:lang w:val="ro-RO"/>
              </w:rPr>
            </w:pPr>
          </w:p>
        </w:tc>
        <w:tc>
          <w:tcPr>
            <w:tcW w:w="3514" w:type="dxa"/>
          </w:tcPr>
          <w:p w14:paraId="3AC543CE" w14:textId="77777777" w:rsidR="00880444" w:rsidRPr="00880444" w:rsidRDefault="00880444" w:rsidP="00880444">
            <w:pPr>
              <w:rPr>
                <w:rFonts w:cs="Times New Roman"/>
                <w:sz w:val="22"/>
                <w:lang w:val="ro-RO"/>
              </w:rPr>
            </w:pPr>
          </w:p>
        </w:tc>
      </w:tr>
      <w:tr w:rsidR="00880444" w:rsidRPr="00A916CD" w14:paraId="76BA0B21" w14:textId="77777777" w:rsidTr="007B69C0">
        <w:tc>
          <w:tcPr>
            <w:tcW w:w="567" w:type="dxa"/>
          </w:tcPr>
          <w:p w14:paraId="3C802835" w14:textId="77777777" w:rsidR="00880444" w:rsidRPr="00880444" w:rsidRDefault="00880444" w:rsidP="00880444">
            <w:pPr>
              <w:jc w:val="center"/>
              <w:rPr>
                <w:rFonts w:cs="Times New Roman"/>
                <w:b/>
                <w:sz w:val="22"/>
                <w:lang w:val="ro-RO"/>
              </w:rPr>
            </w:pPr>
            <w:r w:rsidRPr="00880444">
              <w:rPr>
                <w:rFonts w:cs="Times New Roman"/>
                <w:b/>
                <w:sz w:val="22"/>
                <w:lang w:val="ro-RO"/>
              </w:rPr>
              <w:t>10.</w:t>
            </w:r>
          </w:p>
        </w:tc>
        <w:tc>
          <w:tcPr>
            <w:tcW w:w="5490" w:type="dxa"/>
          </w:tcPr>
          <w:p w14:paraId="1B935CD6" w14:textId="77777777" w:rsidR="00880444" w:rsidRPr="00880444" w:rsidRDefault="00880444" w:rsidP="00880444">
            <w:pPr>
              <w:jc w:val="both"/>
              <w:rPr>
                <w:rFonts w:cs="Times New Roman"/>
                <w:sz w:val="22"/>
                <w:lang w:val="ro-RO"/>
              </w:rPr>
            </w:pPr>
            <w:r w:rsidRPr="00880444">
              <w:rPr>
                <w:rFonts w:cs="Times New Roman"/>
                <w:sz w:val="22"/>
                <w:lang w:val="ro-RO"/>
              </w:rPr>
              <w:t xml:space="preserve">Aveţi definite modalităţile pentru determinarea şi analiza cerinţelor pentru produse/ servicii, pentru a vă asigura de capabilitatea de a satisface cerinţele aplicabile? </w:t>
            </w:r>
          </w:p>
        </w:tc>
        <w:tc>
          <w:tcPr>
            <w:tcW w:w="635" w:type="dxa"/>
          </w:tcPr>
          <w:p w14:paraId="7F5D4093" w14:textId="77777777" w:rsidR="00880444" w:rsidRPr="00880444" w:rsidRDefault="00880444" w:rsidP="00880444">
            <w:pPr>
              <w:rPr>
                <w:rFonts w:cs="Times New Roman"/>
                <w:color w:val="FF0000"/>
                <w:sz w:val="22"/>
                <w:lang w:val="ro-RO"/>
              </w:rPr>
            </w:pPr>
          </w:p>
        </w:tc>
        <w:tc>
          <w:tcPr>
            <w:tcW w:w="567" w:type="dxa"/>
          </w:tcPr>
          <w:p w14:paraId="37834881" w14:textId="77777777" w:rsidR="00880444" w:rsidRPr="00880444" w:rsidRDefault="00880444" w:rsidP="00880444">
            <w:pPr>
              <w:rPr>
                <w:rFonts w:cs="Times New Roman"/>
                <w:color w:val="FF0000"/>
                <w:sz w:val="22"/>
                <w:lang w:val="ro-RO"/>
              </w:rPr>
            </w:pPr>
          </w:p>
        </w:tc>
        <w:tc>
          <w:tcPr>
            <w:tcW w:w="3514" w:type="dxa"/>
          </w:tcPr>
          <w:p w14:paraId="42815581" w14:textId="77777777" w:rsidR="00880444" w:rsidRPr="00880444" w:rsidRDefault="00880444" w:rsidP="00880444">
            <w:pPr>
              <w:rPr>
                <w:rFonts w:cs="Times New Roman"/>
                <w:color w:val="FF0000"/>
                <w:sz w:val="22"/>
                <w:lang w:val="ro-RO"/>
              </w:rPr>
            </w:pPr>
          </w:p>
        </w:tc>
      </w:tr>
      <w:tr w:rsidR="00880444" w:rsidRPr="00A916CD" w14:paraId="3BF3DEEC" w14:textId="77777777" w:rsidTr="007B69C0">
        <w:tc>
          <w:tcPr>
            <w:tcW w:w="567" w:type="dxa"/>
          </w:tcPr>
          <w:p w14:paraId="5A49E5F3" w14:textId="77777777" w:rsidR="00880444" w:rsidRPr="00880444" w:rsidRDefault="00880444" w:rsidP="00880444">
            <w:pPr>
              <w:jc w:val="center"/>
              <w:rPr>
                <w:rFonts w:cs="Times New Roman"/>
                <w:b/>
                <w:sz w:val="22"/>
                <w:lang w:val="ro-RO"/>
              </w:rPr>
            </w:pPr>
            <w:r w:rsidRPr="00880444">
              <w:rPr>
                <w:rFonts w:cs="Times New Roman"/>
                <w:b/>
                <w:sz w:val="22"/>
                <w:lang w:val="ro-RO"/>
              </w:rPr>
              <w:t>11.</w:t>
            </w:r>
          </w:p>
        </w:tc>
        <w:tc>
          <w:tcPr>
            <w:tcW w:w="5490" w:type="dxa"/>
          </w:tcPr>
          <w:p w14:paraId="600789F2" w14:textId="77777777" w:rsidR="00880444" w:rsidRPr="00880444" w:rsidRDefault="00880444" w:rsidP="00880444">
            <w:pPr>
              <w:jc w:val="both"/>
              <w:rPr>
                <w:rFonts w:cs="Times New Roman"/>
                <w:sz w:val="22"/>
                <w:lang w:val="ro-RO"/>
              </w:rPr>
            </w:pPr>
            <w:r w:rsidRPr="00880444">
              <w:rPr>
                <w:rFonts w:cs="Times New Roman"/>
                <w:sz w:val="22"/>
                <w:lang w:val="ro-RO"/>
              </w:rPr>
              <w:t>Aţi stabilit criterii pentru evaluarea, selectarea, monitorizarea performanţelor şi reevaluarea furnizorilor externi? Precizaţi unde se regăsesc.</w:t>
            </w:r>
          </w:p>
        </w:tc>
        <w:tc>
          <w:tcPr>
            <w:tcW w:w="635" w:type="dxa"/>
          </w:tcPr>
          <w:p w14:paraId="1C43ED9F" w14:textId="77777777" w:rsidR="00880444" w:rsidRPr="00880444" w:rsidRDefault="00880444" w:rsidP="00880444">
            <w:pPr>
              <w:rPr>
                <w:rFonts w:cs="Times New Roman"/>
                <w:color w:val="FF0000"/>
                <w:sz w:val="22"/>
                <w:lang w:val="ro-RO"/>
              </w:rPr>
            </w:pPr>
          </w:p>
        </w:tc>
        <w:tc>
          <w:tcPr>
            <w:tcW w:w="567" w:type="dxa"/>
          </w:tcPr>
          <w:p w14:paraId="74FFA508" w14:textId="77777777" w:rsidR="00880444" w:rsidRPr="00880444" w:rsidRDefault="00880444" w:rsidP="00880444">
            <w:pPr>
              <w:rPr>
                <w:rFonts w:cs="Times New Roman"/>
                <w:color w:val="FF0000"/>
                <w:sz w:val="22"/>
                <w:lang w:val="ro-RO"/>
              </w:rPr>
            </w:pPr>
          </w:p>
        </w:tc>
        <w:tc>
          <w:tcPr>
            <w:tcW w:w="3514" w:type="dxa"/>
          </w:tcPr>
          <w:p w14:paraId="0E6B0D8F" w14:textId="77777777" w:rsidR="00880444" w:rsidRPr="00880444" w:rsidRDefault="00880444" w:rsidP="00880444">
            <w:pPr>
              <w:rPr>
                <w:rFonts w:cs="Times New Roman"/>
                <w:color w:val="FF0000"/>
                <w:sz w:val="22"/>
                <w:lang w:val="ro-RO"/>
              </w:rPr>
            </w:pPr>
          </w:p>
        </w:tc>
      </w:tr>
      <w:tr w:rsidR="00880444" w:rsidRPr="00880444" w14:paraId="579CD61A" w14:textId="77777777" w:rsidTr="007B69C0">
        <w:tc>
          <w:tcPr>
            <w:tcW w:w="567" w:type="dxa"/>
          </w:tcPr>
          <w:p w14:paraId="15BBD183" w14:textId="77777777" w:rsidR="00880444" w:rsidRPr="00880444" w:rsidRDefault="00880444" w:rsidP="00880444">
            <w:pPr>
              <w:jc w:val="center"/>
              <w:rPr>
                <w:rFonts w:cs="Times New Roman"/>
                <w:b/>
                <w:sz w:val="22"/>
                <w:lang w:val="ro-RO"/>
              </w:rPr>
            </w:pPr>
            <w:r w:rsidRPr="00880444">
              <w:rPr>
                <w:rFonts w:cs="Times New Roman"/>
                <w:b/>
                <w:sz w:val="22"/>
                <w:lang w:val="ro-RO"/>
              </w:rPr>
              <w:t>12.</w:t>
            </w:r>
          </w:p>
        </w:tc>
        <w:tc>
          <w:tcPr>
            <w:tcW w:w="5490" w:type="dxa"/>
          </w:tcPr>
          <w:p w14:paraId="616156E5" w14:textId="77777777" w:rsidR="00880444" w:rsidRPr="00880444" w:rsidRDefault="00880444" w:rsidP="00880444">
            <w:pPr>
              <w:jc w:val="both"/>
              <w:rPr>
                <w:rFonts w:cs="Times New Roman"/>
                <w:sz w:val="22"/>
                <w:lang w:val="ro-RO"/>
              </w:rPr>
            </w:pPr>
            <w:r w:rsidRPr="00880444">
              <w:rPr>
                <w:rFonts w:cs="Times New Roman"/>
                <w:sz w:val="22"/>
                <w:lang w:val="ro-RO"/>
              </w:rPr>
              <w:t>Aveți disponibile documente (specificaţii/ proceduri/ instrucţiuni etc.) care definesc caracteristicile produselor/ serviciilor pe care le realizaţi/ furnizaţi? Precizaţi unde se regăsesc.</w:t>
            </w:r>
          </w:p>
        </w:tc>
        <w:tc>
          <w:tcPr>
            <w:tcW w:w="635" w:type="dxa"/>
          </w:tcPr>
          <w:p w14:paraId="6E4F73E4" w14:textId="77777777" w:rsidR="00880444" w:rsidRPr="00880444" w:rsidRDefault="00880444" w:rsidP="00880444">
            <w:pPr>
              <w:rPr>
                <w:rFonts w:cs="Times New Roman"/>
                <w:color w:val="FF0000"/>
                <w:sz w:val="22"/>
                <w:lang w:val="ro-RO"/>
              </w:rPr>
            </w:pPr>
          </w:p>
        </w:tc>
        <w:tc>
          <w:tcPr>
            <w:tcW w:w="567" w:type="dxa"/>
          </w:tcPr>
          <w:p w14:paraId="791DF6D3" w14:textId="77777777" w:rsidR="00880444" w:rsidRPr="00880444" w:rsidRDefault="00880444" w:rsidP="00880444">
            <w:pPr>
              <w:rPr>
                <w:rFonts w:cs="Times New Roman"/>
                <w:color w:val="FF0000"/>
                <w:sz w:val="22"/>
                <w:lang w:val="ro-RO"/>
              </w:rPr>
            </w:pPr>
          </w:p>
        </w:tc>
        <w:tc>
          <w:tcPr>
            <w:tcW w:w="3514" w:type="dxa"/>
          </w:tcPr>
          <w:p w14:paraId="0D92E661" w14:textId="77777777" w:rsidR="00880444" w:rsidRPr="00880444" w:rsidRDefault="00880444" w:rsidP="00880444">
            <w:pPr>
              <w:rPr>
                <w:rFonts w:cs="Times New Roman"/>
                <w:color w:val="FF0000"/>
                <w:sz w:val="22"/>
                <w:lang w:val="ro-RO"/>
              </w:rPr>
            </w:pPr>
          </w:p>
        </w:tc>
      </w:tr>
      <w:tr w:rsidR="00880444" w:rsidRPr="00880444" w14:paraId="2829F3BB" w14:textId="77777777" w:rsidTr="007B69C0">
        <w:tc>
          <w:tcPr>
            <w:tcW w:w="567" w:type="dxa"/>
          </w:tcPr>
          <w:p w14:paraId="36CE8C7F" w14:textId="77777777" w:rsidR="00880444" w:rsidRPr="00880444" w:rsidRDefault="00880444" w:rsidP="00880444">
            <w:pPr>
              <w:jc w:val="center"/>
              <w:rPr>
                <w:rFonts w:cs="Times New Roman"/>
                <w:b/>
                <w:sz w:val="22"/>
                <w:lang w:val="ro-RO"/>
              </w:rPr>
            </w:pPr>
            <w:r w:rsidRPr="00880444">
              <w:rPr>
                <w:rFonts w:cs="Times New Roman"/>
                <w:b/>
                <w:sz w:val="22"/>
                <w:lang w:val="ro-RO"/>
              </w:rPr>
              <w:lastRenderedPageBreak/>
              <w:t>13.</w:t>
            </w:r>
          </w:p>
        </w:tc>
        <w:tc>
          <w:tcPr>
            <w:tcW w:w="5490" w:type="dxa"/>
          </w:tcPr>
          <w:p w14:paraId="2CF0B0F1" w14:textId="77777777" w:rsidR="00880444" w:rsidRPr="00880444" w:rsidRDefault="00880444" w:rsidP="00880444">
            <w:pPr>
              <w:jc w:val="both"/>
              <w:rPr>
                <w:rFonts w:cs="Times New Roman"/>
                <w:sz w:val="22"/>
                <w:lang w:val="ro-RO"/>
              </w:rPr>
            </w:pPr>
            <w:r w:rsidRPr="00880444">
              <w:rPr>
                <w:rFonts w:cs="Times New Roman"/>
                <w:sz w:val="22"/>
                <w:lang w:val="ro-RO"/>
              </w:rPr>
              <w:t>Aveţi disponibile documente (specificaţii/ proceduri / instrucţiuni etc.) care definesc caracteristicile activităţilor de producţie/ prestare servicii pe care le efectuaţi? Precizaţi unde se regăsesc.</w:t>
            </w:r>
          </w:p>
          <w:p w14:paraId="28C0C7FF" w14:textId="77777777" w:rsidR="00880444" w:rsidRPr="00880444" w:rsidRDefault="00880444" w:rsidP="00880444">
            <w:pPr>
              <w:jc w:val="both"/>
              <w:rPr>
                <w:rFonts w:cs="Times New Roman"/>
                <w:sz w:val="22"/>
                <w:lang w:val="ro-RO"/>
              </w:rPr>
            </w:pPr>
          </w:p>
        </w:tc>
        <w:tc>
          <w:tcPr>
            <w:tcW w:w="635" w:type="dxa"/>
          </w:tcPr>
          <w:p w14:paraId="06C54F31" w14:textId="77777777" w:rsidR="00880444" w:rsidRPr="00880444" w:rsidRDefault="00880444" w:rsidP="00880444">
            <w:pPr>
              <w:rPr>
                <w:rFonts w:cs="Times New Roman"/>
                <w:color w:val="FF0000"/>
                <w:sz w:val="22"/>
                <w:lang w:val="ro-RO"/>
              </w:rPr>
            </w:pPr>
          </w:p>
        </w:tc>
        <w:tc>
          <w:tcPr>
            <w:tcW w:w="567" w:type="dxa"/>
          </w:tcPr>
          <w:p w14:paraId="5A7BBE33" w14:textId="77777777" w:rsidR="00880444" w:rsidRPr="00880444" w:rsidRDefault="00880444" w:rsidP="00880444">
            <w:pPr>
              <w:rPr>
                <w:rFonts w:cs="Times New Roman"/>
                <w:color w:val="FF0000"/>
                <w:sz w:val="22"/>
                <w:lang w:val="ro-RO"/>
              </w:rPr>
            </w:pPr>
          </w:p>
        </w:tc>
        <w:tc>
          <w:tcPr>
            <w:tcW w:w="3514" w:type="dxa"/>
          </w:tcPr>
          <w:p w14:paraId="583C9B98" w14:textId="77777777" w:rsidR="00880444" w:rsidRPr="00880444" w:rsidRDefault="00880444" w:rsidP="00880444">
            <w:pPr>
              <w:rPr>
                <w:rFonts w:cs="Times New Roman"/>
                <w:color w:val="FF0000"/>
                <w:sz w:val="22"/>
                <w:lang w:val="ro-RO"/>
              </w:rPr>
            </w:pPr>
          </w:p>
        </w:tc>
      </w:tr>
      <w:tr w:rsidR="00880444" w:rsidRPr="00A916CD" w14:paraId="6C5411AF" w14:textId="77777777" w:rsidTr="007B69C0">
        <w:tc>
          <w:tcPr>
            <w:tcW w:w="567" w:type="dxa"/>
          </w:tcPr>
          <w:p w14:paraId="6C781AC8" w14:textId="77777777" w:rsidR="00880444" w:rsidRPr="00880444" w:rsidRDefault="00880444" w:rsidP="00880444">
            <w:pPr>
              <w:jc w:val="center"/>
              <w:rPr>
                <w:rFonts w:cs="Times New Roman"/>
                <w:b/>
                <w:sz w:val="22"/>
                <w:lang w:val="ro-RO"/>
              </w:rPr>
            </w:pPr>
            <w:r w:rsidRPr="00880444">
              <w:rPr>
                <w:rFonts w:cs="Times New Roman"/>
                <w:b/>
                <w:sz w:val="22"/>
                <w:lang w:val="ro-RO"/>
              </w:rPr>
              <w:t>14.</w:t>
            </w:r>
          </w:p>
        </w:tc>
        <w:tc>
          <w:tcPr>
            <w:tcW w:w="5490" w:type="dxa"/>
          </w:tcPr>
          <w:p w14:paraId="56A8604B" w14:textId="77777777" w:rsidR="00880444" w:rsidRPr="00880444" w:rsidRDefault="00880444" w:rsidP="00880444">
            <w:pPr>
              <w:jc w:val="both"/>
              <w:rPr>
                <w:rFonts w:cs="Times New Roman"/>
                <w:sz w:val="22"/>
                <w:lang w:val="ro-RO"/>
              </w:rPr>
            </w:pPr>
            <w:r w:rsidRPr="00880444">
              <w:rPr>
                <w:rFonts w:cs="Times New Roman"/>
                <w:sz w:val="22"/>
                <w:lang w:val="ro-RO"/>
              </w:rPr>
              <w:t>Aveţi definite modalităţile planificate pentru a verifica dacă cerinţele pentru produse/ servicii au fost îndeplinite?</w:t>
            </w:r>
          </w:p>
        </w:tc>
        <w:tc>
          <w:tcPr>
            <w:tcW w:w="635" w:type="dxa"/>
          </w:tcPr>
          <w:p w14:paraId="1482FDFB" w14:textId="77777777" w:rsidR="00880444" w:rsidRPr="00880444" w:rsidRDefault="00880444" w:rsidP="00880444">
            <w:pPr>
              <w:rPr>
                <w:rFonts w:cs="Times New Roman"/>
                <w:sz w:val="22"/>
                <w:lang w:val="ro-RO"/>
              </w:rPr>
            </w:pPr>
          </w:p>
        </w:tc>
        <w:tc>
          <w:tcPr>
            <w:tcW w:w="567" w:type="dxa"/>
          </w:tcPr>
          <w:p w14:paraId="00564CC5" w14:textId="77777777" w:rsidR="00880444" w:rsidRPr="00880444" w:rsidRDefault="00880444" w:rsidP="00880444">
            <w:pPr>
              <w:rPr>
                <w:rFonts w:cs="Times New Roman"/>
                <w:sz w:val="22"/>
                <w:lang w:val="ro-RO"/>
              </w:rPr>
            </w:pPr>
          </w:p>
        </w:tc>
        <w:tc>
          <w:tcPr>
            <w:tcW w:w="3514" w:type="dxa"/>
          </w:tcPr>
          <w:p w14:paraId="09CBD918" w14:textId="77777777" w:rsidR="00880444" w:rsidRPr="00880444" w:rsidRDefault="00880444" w:rsidP="00880444">
            <w:pPr>
              <w:rPr>
                <w:rFonts w:cs="Times New Roman"/>
                <w:sz w:val="22"/>
                <w:lang w:val="ro-RO"/>
              </w:rPr>
            </w:pPr>
          </w:p>
        </w:tc>
      </w:tr>
      <w:tr w:rsidR="00880444" w:rsidRPr="00880444" w14:paraId="374BC2B7" w14:textId="77777777" w:rsidTr="007B69C0">
        <w:tc>
          <w:tcPr>
            <w:tcW w:w="567" w:type="dxa"/>
          </w:tcPr>
          <w:p w14:paraId="703755FB" w14:textId="77777777" w:rsidR="00880444" w:rsidRPr="00880444" w:rsidRDefault="00880444" w:rsidP="00880444">
            <w:pPr>
              <w:jc w:val="center"/>
              <w:rPr>
                <w:rFonts w:cs="Times New Roman"/>
                <w:b/>
                <w:sz w:val="22"/>
                <w:lang w:val="ro-RO"/>
              </w:rPr>
            </w:pPr>
            <w:r w:rsidRPr="00880444">
              <w:rPr>
                <w:rFonts w:cs="Times New Roman"/>
                <w:b/>
                <w:sz w:val="22"/>
                <w:lang w:val="ro-RO"/>
              </w:rPr>
              <w:t>15.</w:t>
            </w:r>
          </w:p>
        </w:tc>
        <w:tc>
          <w:tcPr>
            <w:tcW w:w="5490" w:type="dxa"/>
          </w:tcPr>
          <w:p w14:paraId="15EA7300" w14:textId="77777777" w:rsidR="00880444" w:rsidRPr="00880444" w:rsidRDefault="00880444" w:rsidP="00880444">
            <w:pPr>
              <w:jc w:val="both"/>
              <w:rPr>
                <w:rFonts w:cs="Times New Roman"/>
                <w:sz w:val="22"/>
                <w:lang w:val="ro-RO"/>
              </w:rPr>
            </w:pPr>
            <w:r w:rsidRPr="00880444">
              <w:rPr>
                <w:rFonts w:cs="Times New Roman"/>
                <w:sz w:val="22"/>
                <w:lang w:val="ro-RO"/>
              </w:rPr>
              <w:t>Aveţi definită metoda de realizare a auditurilor interne şi de raportare a rezultatelor? Precizaţi data celui mai recent audit intern.</w:t>
            </w:r>
          </w:p>
        </w:tc>
        <w:tc>
          <w:tcPr>
            <w:tcW w:w="635" w:type="dxa"/>
          </w:tcPr>
          <w:p w14:paraId="5E4A815E" w14:textId="77777777" w:rsidR="00880444" w:rsidRPr="00880444" w:rsidRDefault="00880444" w:rsidP="00880444">
            <w:pPr>
              <w:rPr>
                <w:rFonts w:cs="Times New Roman"/>
                <w:sz w:val="22"/>
                <w:lang w:val="ro-RO"/>
              </w:rPr>
            </w:pPr>
          </w:p>
        </w:tc>
        <w:tc>
          <w:tcPr>
            <w:tcW w:w="567" w:type="dxa"/>
          </w:tcPr>
          <w:p w14:paraId="6B51E018" w14:textId="77777777" w:rsidR="00880444" w:rsidRPr="00880444" w:rsidRDefault="00880444" w:rsidP="00880444">
            <w:pPr>
              <w:rPr>
                <w:rFonts w:cs="Times New Roman"/>
                <w:sz w:val="22"/>
                <w:lang w:val="ro-RO"/>
              </w:rPr>
            </w:pPr>
          </w:p>
        </w:tc>
        <w:tc>
          <w:tcPr>
            <w:tcW w:w="3514" w:type="dxa"/>
          </w:tcPr>
          <w:p w14:paraId="3F0ED69B" w14:textId="77777777" w:rsidR="00880444" w:rsidRPr="00880444" w:rsidRDefault="00880444" w:rsidP="00880444">
            <w:pPr>
              <w:rPr>
                <w:rFonts w:cs="Times New Roman"/>
                <w:sz w:val="22"/>
                <w:lang w:val="ro-RO"/>
              </w:rPr>
            </w:pPr>
          </w:p>
        </w:tc>
      </w:tr>
      <w:tr w:rsidR="00880444" w:rsidRPr="00880444" w14:paraId="1B56DE16" w14:textId="77777777" w:rsidTr="007B69C0">
        <w:tc>
          <w:tcPr>
            <w:tcW w:w="567" w:type="dxa"/>
          </w:tcPr>
          <w:p w14:paraId="7079A81D" w14:textId="77777777" w:rsidR="00880444" w:rsidRPr="00880444" w:rsidRDefault="00880444" w:rsidP="00880444">
            <w:pPr>
              <w:rPr>
                <w:rFonts w:cs="Times New Roman"/>
                <w:b/>
                <w:sz w:val="22"/>
                <w:lang w:val="ro-RO"/>
              </w:rPr>
            </w:pPr>
            <w:bookmarkStart w:id="0" w:name="_Hlk200632819"/>
            <w:r w:rsidRPr="00880444">
              <w:rPr>
                <w:rFonts w:cs="Times New Roman"/>
                <w:b/>
                <w:sz w:val="22"/>
                <w:lang w:val="ro-RO"/>
              </w:rPr>
              <w:t>16.</w:t>
            </w:r>
          </w:p>
        </w:tc>
        <w:tc>
          <w:tcPr>
            <w:tcW w:w="5490" w:type="dxa"/>
          </w:tcPr>
          <w:p w14:paraId="0633653D" w14:textId="77777777" w:rsidR="00880444" w:rsidRPr="00880444" w:rsidRDefault="00880444" w:rsidP="00880444">
            <w:pPr>
              <w:jc w:val="both"/>
              <w:rPr>
                <w:rFonts w:cs="Times New Roman"/>
                <w:sz w:val="22"/>
                <w:lang w:val="ro-RO"/>
              </w:rPr>
            </w:pPr>
            <w:r w:rsidRPr="00880444">
              <w:rPr>
                <w:rFonts w:cs="Times New Roman"/>
                <w:sz w:val="22"/>
                <w:lang w:val="ro-RO"/>
              </w:rPr>
              <w:t>Aveţi definită metoda de realizare a analizei SMCF de către managementul de vârf? Precizaţi data celei mai recente analize.</w:t>
            </w:r>
          </w:p>
        </w:tc>
        <w:tc>
          <w:tcPr>
            <w:tcW w:w="635" w:type="dxa"/>
          </w:tcPr>
          <w:p w14:paraId="7CBF7CA5" w14:textId="77777777" w:rsidR="00880444" w:rsidRPr="00880444" w:rsidRDefault="00880444" w:rsidP="00880444">
            <w:pPr>
              <w:rPr>
                <w:rFonts w:cs="Times New Roman"/>
                <w:color w:val="FF0000"/>
                <w:sz w:val="22"/>
                <w:lang w:val="ro-RO"/>
              </w:rPr>
            </w:pPr>
          </w:p>
        </w:tc>
        <w:tc>
          <w:tcPr>
            <w:tcW w:w="567" w:type="dxa"/>
          </w:tcPr>
          <w:p w14:paraId="591DBB94" w14:textId="77777777" w:rsidR="00880444" w:rsidRPr="00880444" w:rsidRDefault="00880444" w:rsidP="00880444">
            <w:pPr>
              <w:rPr>
                <w:rFonts w:cs="Times New Roman"/>
                <w:color w:val="FF0000"/>
                <w:sz w:val="22"/>
                <w:lang w:val="ro-RO"/>
              </w:rPr>
            </w:pPr>
          </w:p>
        </w:tc>
        <w:tc>
          <w:tcPr>
            <w:tcW w:w="3514" w:type="dxa"/>
          </w:tcPr>
          <w:p w14:paraId="64B1FD7F" w14:textId="77777777" w:rsidR="00880444" w:rsidRPr="00880444" w:rsidRDefault="00880444" w:rsidP="00880444">
            <w:pPr>
              <w:rPr>
                <w:rFonts w:cs="Times New Roman"/>
                <w:color w:val="FF0000"/>
                <w:sz w:val="22"/>
                <w:lang w:val="ro-RO"/>
              </w:rPr>
            </w:pPr>
          </w:p>
        </w:tc>
      </w:tr>
      <w:bookmarkEnd w:id="0"/>
      <w:tr w:rsidR="00880444" w:rsidRPr="00A916CD" w14:paraId="21CB21CA" w14:textId="77777777" w:rsidTr="007B69C0">
        <w:tc>
          <w:tcPr>
            <w:tcW w:w="567" w:type="dxa"/>
          </w:tcPr>
          <w:p w14:paraId="6E92A983" w14:textId="77777777" w:rsidR="00880444" w:rsidRPr="00880444" w:rsidRDefault="00880444" w:rsidP="00880444">
            <w:pPr>
              <w:jc w:val="center"/>
              <w:rPr>
                <w:rFonts w:cs="Times New Roman"/>
                <w:b/>
                <w:sz w:val="22"/>
                <w:lang w:val="ro-RO"/>
              </w:rPr>
            </w:pPr>
            <w:r w:rsidRPr="00880444">
              <w:rPr>
                <w:rFonts w:cs="Times New Roman"/>
                <w:b/>
                <w:sz w:val="22"/>
                <w:lang w:val="ro-RO"/>
              </w:rPr>
              <w:t>17.</w:t>
            </w:r>
          </w:p>
        </w:tc>
        <w:tc>
          <w:tcPr>
            <w:tcW w:w="5490" w:type="dxa"/>
          </w:tcPr>
          <w:p w14:paraId="0B7DF749" w14:textId="77777777" w:rsidR="00880444" w:rsidRPr="00880444" w:rsidRDefault="00880444" w:rsidP="00880444">
            <w:pPr>
              <w:jc w:val="both"/>
              <w:rPr>
                <w:rFonts w:cs="Times New Roman"/>
                <w:sz w:val="22"/>
                <w:lang w:val="ro-RO"/>
              </w:rPr>
            </w:pPr>
            <w:r w:rsidRPr="00880444">
              <w:rPr>
                <w:rFonts w:cs="Times New Roman"/>
                <w:sz w:val="22"/>
                <w:lang w:val="ro-RO"/>
              </w:rPr>
              <w:t>Aveţi definit modul de lucru pentru cazurile în care sunt identificate neconformităţi (şi sunt necesare corecţii şi/sau acţiuni corective), rezultate ca urmare a desfăşurării activităţilor/ proceselor din cadrul SMCF? Precizaţi numărul neconformităţilor constatate în ultimele 3 luni, ca urmare a desfaşurării activităţilor/ proceselor din cadrul SMCF, precum şi modalitatea de tratare a acestora.</w:t>
            </w:r>
          </w:p>
        </w:tc>
        <w:tc>
          <w:tcPr>
            <w:tcW w:w="635" w:type="dxa"/>
          </w:tcPr>
          <w:p w14:paraId="7A84662F" w14:textId="77777777" w:rsidR="00880444" w:rsidRPr="00880444" w:rsidRDefault="00880444" w:rsidP="00880444">
            <w:pPr>
              <w:rPr>
                <w:rFonts w:cs="Times New Roman"/>
                <w:color w:val="FF0000"/>
                <w:sz w:val="22"/>
                <w:lang w:val="ro-RO"/>
              </w:rPr>
            </w:pPr>
          </w:p>
        </w:tc>
        <w:tc>
          <w:tcPr>
            <w:tcW w:w="567" w:type="dxa"/>
          </w:tcPr>
          <w:p w14:paraId="445121E5" w14:textId="77777777" w:rsidR="00880444" w:rsidRPr="00880444" w:rsidRDefault="00880444" w:rsidP="00880444">
            <w:pPr>
              <w:rPr>
                <w:rFonts w:cs="Times New Roman"/>
                <w:color w:val="FF0000"/>
                <w:sz w:val="22"/>
                <w:lang w:val="ro-RO"/>
              </w:rPr>
            </w:pPr>
          </w:p>
        </w:tc>
        <w:tc>
          <w:tcPr>
            <w:tcW w:w="3514" w:type="dxa"/>
          </w:tcPr>
          <w:p w14:paraId="778E1BBD" w14:textId="77777777" w:rsidR="00880444" w:rsidRPr="00880444" w:rsidRDefault="00880444" w:rsidP="00880444">
            <w:pPr>
              <w:rPr>
                <w:rFonts w:cs="Times New Roman"/>
                <w:color w:val="FF0000"/>
                <w:sz w:val="22"/>
                <w:lang w:val="ro-RO"/>
              </w:rPr>
            </w:pPr>
          </w:p>
        </w:tc>
      </w:tr>
      <w:tr w:rsidR="00880444" w:rsidRPr="00A916CD" w14:paraId="3BFC1661" w14:textId="77777777" w:rsidTr="007B69C0">
        <w:tc>
          <w:tcPr>
            <w:tcW w:w="567" w:type="dxa"/>
          </w:tcPr>
          <w:p w14:paraId="08DC0D3D" w14:textId="77777777" w:rsidR="00880444" w:rsidRPr="00880444" w:rsidRDefault="00880444" w:rsidP="00880444">
            <w:pPr>
              <w:jc w:val="center"/>
              <w:rPr>
                <w:rFonts w:cs="Times New Roman"/>
                <w:b/>
                <w:sz w:val="22"/>
                <w:lang w:val="ro-RO"/>
              </w:rPr>
            </w:pPr>
            <w:r w:rsidRPr="00880444">
              <w:rPr>
                <w:rFonts w:cs="Times New Roman"/>
                <w:b/>
                <w:sz w:val="22"/>
                <w:lang w:val="ro-RO"/>
              </w:rPr>
              <w:t>18.</w:t>
            </w:r>
          </w:p>
        </w:tc>
        <w:tc>
          <w:tcPr>
            <w:tcW w:w="5490" w:type="dxa"/>
          </w:tcPr>
          <w:p w14:paraId="7CF4A23E" w14:textId="77777777" w:rsidR="00880444" w:rsidRPr="00880444" w:rsidRDefault="00880444" w:rsidP="00880444">
            <w:pPr>
              <w:jc w:val="both"/>
              <w:rPr>
                <w:rFonts w:cs="Times New Roman"/>
                <w:sz w:val="22"/>
                <w:lang w:val="ro-RO"/>
              </w:rPr>
            </w:pPr>
            <w:r w:rsidRPr="00880444">
              <w:rPr>
                <w:rFonts w:cs="Times New Roman"/>
                <w:sz w:val="22"/>
                <w:lang w:val="ro-RO"/>
              </w:rPr>
              <w:t>Aveţi definită metoda pentru tratarea reclamaţiilor primite ca urmare a desfăşurării activităţilor/ proceselor din cadrul SMCF? Precizaţi numărul reclamaţiilor primite în ultimele 3 luni şi modalitatea de tratare a acestora.</w:t>
            </w:r>
          </w:p>
        </w:tc>
        <w:tc>
          <w:tcPr>
            <w:tcW w:w="635" w:type="dxa"/>
          </w:tcPr>
          <w:p w14:paraId="5001107F" w14:textId="77777777" w:rsidR="00880444" w:rsidRPr="00880444" w:rsidRDefault="00880444" w:rsidP="00880444">
            <w:pPr>
              <w:rPr>
                <w:rFonts w:cs="Times New Roman"/>
                <w:color w:val="FF0000"/>
                <w:sz w:val="22"/>
                <w:lang w:val="ro-RO"/>
              </w:rPr>
            </w:pPr>
          </w:p>
        </w:tc>
        <w:tc>
          <w:tcPr>
            <w:tcW w:w="567" w:type="dxa"/>
          </w:tcPr>
          <w:p w14:paraId="53E2A83C" w14:textId="77777777" w:rsidR="00880444" w:rsidRPr="00880444" w:rsidRDefault="00880444" w:rsidP="00880444">
            <w:pPr>
              <w:rPr>
                <w:rFonts w:cs="Times New Roman"/>
                <w:color w:val="FF0000"/>
                <w:sz w:val="22"/>
                <w:lang w:val="ro-RO"/>
              </w:rPr>
            </w:pPr>
          </w:p>
        </w:tc>
        <w:tc>
          <w:tcPr>
            <w:tcW w:w="3514" w:type="dxa"/>
          </w:tcPr>
          <w:p w14:paraId="395CE64E" w14:textId="77777777" w:rsidR="00880444" w:rsidRPr="00880444" w:rsidRDefault="00880444" w:rsidP="00880444">
            <w:pPr>
              <w:rPr>
                <w:rFonts w:cs="Times New Roman"/>
                <w:color w:val="FF0000"/>
                <w:sz w:val="22"/>
                <w:lang w:val="ro-RO"/>
              </w:rPr>
            </w:pPr>
          </w:p>
        </w:tc>
      </w:tr>
    </w:tbl>
    <w:p w14:paraId="6FA72A94" w14:textId="4D924679" w:rsidR="00880444" w:rsidRPr="00F917F9" w:rsidRDefault="00880444" w:rsidP="00880444">
      <w:pPr>
        <w:pStyle w:val="Frspaiere"/>
        <w:rPr>
          <w:rFonts w:ascii="Times New Roman" w:hAnsi="Times New Roman" w:cs="Times New Roman"/>
          <w:sz w:val="24"/>
          <w:szCs w:val="24"/>
          <w:lang w:val="it-IT"/>
        </w:rPr>
      </w:pPr>
    </w:p>
    <w:p w14:paraId="6104CC1D" w14:textId="77777777" w:rsidR="007B69C0" w:rsidRPr="007B69C0" w:rsidRDefault="007B69C0" w:rsidP="00880444">
      <w:pPr>
        <w:spacing w:after="0"/>
        <w:rPr>
          <w:sz w:val="20"/>
          <w:szCs w:val="20"/>
        </w:rPr>
      </w:pPr>
      <w:proofErr w:type="spellStart"/>
      <w:r w:rsidRPr="007B69C0">
        <w:rPr>
          <w:sz w:val="20"/>
          <w:szCs w:val="20"/>
        </w:rPr>
        <w:t>Nota</w:t>
      </w:r>
      <w:proofErr w:type="spellEnd"/>
      <w:r w:rsidRPr="007B69C0">
        <w:rPr>
          <w:sz w:val="20"/>
          <w:szCs w:val="20"/>
        </w:rPr>
        <w:t xml:space="preserve">: * - </w:t>
      </w:r>
      <w:proofErr w:type="spellStart"/>
      <w:r w:rsidRPr="007B69C0">
        <w:rPr>
          <w:sz w:val="20"/>
          <w:szCs w:val="20"/>
        </w:rPr>
        <w:t>în</w:t>
      </w:r>
      <w:proofErr w:type="spellEnd"/>
      <w:r w:rsidRPr="007B69C0">
        <w:rPr>
          <w:sz w:val="20"/>
          <w:szCs w:val="20"/>
        </w:rPr>
        <w:t xml:space="preserve"> </w:t>
      </w:r>
      <w:proofErr w:type="spellStart"/>
      <w:r w:rsidRPr="007B69C0">
        <w:rPr>
          <w:sz w:val="20"/>
          <w:szCs w:val="20"/>
        </w:rPr>
        <w:t>cazul</w:t>
      </w:r>
      <w:proofErr w:type="spellEnd"/>
      <w:r w:rsidRPr="007B69C0">
        <w:rPr>
          <w:sz w:val="20"/>
          <w:szCs w:val="20"/>
        </w:rPr>
        <w:t xml:space="preserve"> </w:t>
      </w:r>
      <w:proofErr w:type="spellStart"/>
      <w:r w:rsidRPr="007B69C0">
        <w:rPr>
          <w:sz w:val="20"/>
          <w:szCs w:val="20"/>
        </w:rPr>
        <w:t>bifării</w:t>
      </w:r>
      <w:proofErr w:type="spellEnd"/>
      <w:r w:rsidRPr="007B69C0">
        <w:rPr>
          <w:sz w:val="20"/>
          <w:szCs w:val="20"/>
        </w:rPr>
        <w:t xml:space="preserve"> </w:t>
      </w:r>
      <w:proofErr w:type="spellStart"/>
      <w:r w:rsidRPr="007B69C0">
        <w:rPr>
          <w:sz w:val="20"/>
          <w:szCs w:val="20"/>
        </w:rPr>
        <w:t>acestei</w:t>
      </w:r>
      <w:proofErr w:type="spellEnd"/>
      <w:r w:rsidRPr="007B69C0">
        <w:rPr>
          <w:sz w:val="20"/>
          <w:szCs w:val="20"/>
        </w:rPr>
        <w:t xml:space="preserve"> </w:t>
      </w:r>
      <w:proofErr w:type="spellStart"/>
      <w:r w:rsidRPr="007B69C0">
        <w:rPr>
          <w:sz w:val="20"/>
          <w:szCs w:val="20"/>
        </w:rPr>
        <w:t>rubrici</w:t>
      </w:r>
      <w:proofErr w:type="spellEnd"/>
      <w:r w:rsidRPr="007B69C0">
        <w:rPr>
          <w:sz w:val="20"/>
          <w:szCs w:val="20"/>
        </w:rPr>
        <w:t xml:space="preserve"> </w:t>
      </w:r>
      <w:proofErr w:type="spellStart"/>
      <w:r w:rsidRPr="007B69C0">
        <w:rPr>
          <w:sz w:val="20"/>
          <w:szCs w:val="20"/>
        </w:rPr>
        <w:t>este</w:t>
      </w:r>
      <w:proofErr w:type="spellEnd"/>
      <w:r w:rsidRPr="007B69C0">
        <w:rPr>
          <w:sz w:val="20"/>
          <w:szCs w:val="20"/>
        </w:rPr>
        <w:t xml:space="preserve"> </w:t>
      </w:r>
      <w:proofErr w:type="spellStart"/>
      <w:r w:rsidRPr="007B69C0">
        <w:rPr>
          <w:sz w:val="20"/>
          <w:szCs w:val="20"/>
        </w:rPr>
        <w:t>necesar</w:t>
      </w:r>
      <w:proofErr w:type="spellEnd"/>
      <w:r w:rsidRPr="007B69C0">
        <w:rPr>
          <w:sz w:val="20"/>
          <w:szCs w:val="20"/>
        </w:rPr>
        <w:t xml:space="preserve"> a se </w:t>
      </w:r>
      <w:proofErr w:type="spellStart"/>
      <w:r w:rsidRPr="007B69C0">
        <w:rPr>
          <w:sz w:val="20"/>
          <w:szCs w:val="20"/>
        </w:rPr>
        <w:t>completa</w:t>
      </w:r>
      <w:proofErr w:type="spellEnd"/>
      <w:r w:rsidRPr="007B69C0">
        <w:rPr>
          <w:sz w:val="20"/>
          <w:szCs w:val="20"/>
        </w:rPr>
        <w:t xml:space="preserve"> </w:t>
      </w:r>
      <w:proofErr w:type="spellStart"/>
      <w:r w:rsidRPr="007B69C0">
        <w:rPr>
          <w:sz w:val="20"/>
          <w:szCs w:val="20"/>
        </w:rPr>
        <w:t>și</w:t>
      </w:r>
      <w:proofErr w:type="spellEnd"/>
      <w:r w:rsidRPr="007B69C0">
        <w:rPr>
          <w:sz w:val="20"/>
          <w:szCs w:val="20"/>
        </w:rPr>
        <w:t xml:space="preserve"> </w:t>
      </w:r>
      <w:proofErr w:type="spellStart"/>
      <w:proofErr w:type="gramStart"/>
      <w:r w:rsidRPr="007B69C0">
        <w:rPr>
          <w:sz w:val="20"/>
          <w:szCs w:val="20"/>
        </w:rPr>
        <w:t>rubrica</w:t>
      </w:r>
      <w:proofErr w:type="spellEnd"/>
      <w:r w:rsidRPr="007B69C0">
        <w:rPr>
          <w:sz w:val="20"/>
          <w:szCs w:val="20"/>
        </w:rPr>
        <w:t xml:space="preserve"> ”</w:t>
      </w:r>
      <w:proofErr w:type="spellStart"/>
      <w:proofErr w:type="gramEnd"/>
      <w:r w:rsidRPr="007B69C0">
        <w:rPr>
          <w:sz w:val="20"/>
          <w:szCs w:val="20"/>
        </w:rPr>
        <w:t>Descriere</w:t>
      </w:r>
      <w:proofErr w:type="spellEnd"/>
      <w:r w:rsidRPr="007B69C0">
        <w:rPr>
          <w:sz w:val="20"/>
          <w:szCs w:val="20"/>
        </w:rPr>
        <w:t xml:space="preserve"> / </w:t>
      </w:r>
      <w:proofErr w:type="spellStart"/>
      <w:r w:rsidRPr="007B69C0">
        <w:rPr>
          <w:sz w:val="20"/>
          <w:szCs w:val="20"/>
        </w:rPr>
        <w:t>Dovezi</w:t>
      </w:r>
      <w:proofErr w:type="spellEnd"/>
      <w:r w:rsidRPr="007B69C0">
        <w:rPr>
          <w:sz w:val="20"/>
          <w:szCs w:val="20"/>
        </w:rPr>
        <w:t xml:space="preserve"> (</w:t>
      </w:r>
      <w:proofErr w:type="spellStart"/>
      <w:r w:rsidRPr="007B69C0">
        <w:rPr>
          <w:sz w:val="20"/>
          <w:szCs w:val="20"/>
        </w:rPr>
        <w:t>documente</w:t>
      </w:r>
      <w:proofErr w:type="spellEnd"/>
      <w:r w:rsidRPr="007B69C0">
        <w:rPr>
          <w:sz w:val="20"/>
          <w:szCs w:val="20"/>
        </w:rPr>
        <w:t xml:space="preserve">, </w:t>
      </w:r>
      <w:proofErr w:type="spellStart"/>
      <w:r w:rsidRPr="007B69C0">
        <w:rPr>
          <w:sz w:val="20"/>
          <w:szCs w:val="20"/>
        </w:rPr>
        <w:t>înregistrări</w:t>
      </w:r>
      <w:proofErr w:type="spellEnd"/>
      <w:r w:rsidRPr="007B69C0">
        <w:rPr>
          <w:sz w:val="20"/>
          <w:szCs w:val="20"/>
        </w:rPr>
        <w:t xml:space="preserve">)” </w:t>
      </w:r>
    </w:p>
    <w:p w14:paraId="6B798FC6" w14:textId="77777777" w:rsidR="007B69C0" w:rsidRDefault="007B69C0" w:rsidP="00880444">
      <w:pPr>
        <w:spacing w:after="0"/>
      </w:pPr>
    </w:p>
    <w:p w14:paraId="6B6F0FAA" w14:textId="77777777" w:rsidR="007B69C0" w:rsidRDefault="007B69C0" w:rsidP="00880444">
      <w:pPr>
        <w:spacing w:after="0"/>
      </w:pPr>
    </w:p>
    <w:p w14:paraId="1EB8EE3C" w14:textId="77777777" w:rsidR="007B69C0" w:rsidRDefault="007B69C0" w:rsidP="00880444">
      <w:pPr>
        <w:spacing w:after="0"/>
      </w:pPr>
    </w:p>
    <w:p w14:paraId="379848D7" w14:textId="77777777" w:rsidR="007B69C0" w:rsidRDefault="007B69C0" w:rsidP="00880444">
      <w:pPr>
        <w:spacing w:after="0"/>
      </w:pPr>
    </w:p>
    <w:p w14:paraId="794209E9" w14:textId="10175DE3" w:rsidR="00880444" w:rsidRPr="00880444" w:rsidRDefault="00880444" w:rsidP="00880444">
      <w:pPr>
        <w:spacing w:after="0"/>
        <w:rPr>
          <w:rFonts w:cs="Times New Roman"/>
          <w:b/>
          <w:sz w:val="22"/>
          <w:lang w:val="ro-RO"/>
        </w:rPr>
      </w:pPr>
      <w:r w:rsidRPr="00880444">
        <w:rPr>
          <w:rFonts w:cs="Times New Roman"/>
          <w:b/>
          <w:sz w:val="22"/>
          <w:lang w:val="ro-RO"/>
        </w:rPr>
        <w:t xml:space="preserve">Data completării: ……………….                                          </w:t>
      </w:r>
      <w:r>
        <w:rPr>
          <w:rFonts w:cs="Times New Roman"/>
          <w:b/>
          <w:sz w:val="22"/>
          <w:lang w:val="ro-RO"/>
        </w:rPr>
        <w:t xml:space="preserve">                </w:t>
      </w:r>
      <w:r w:rsidRPr="00880444">
        <w:rPr>
          <w:rFonts w:cs="Times New Roman"/>
          <w:b/>
          <w:sz w:val="22"/>
          <w:lang w:val="ro-RO"/>
        </w:rPr>
        <w:t>Intocmit ,</w:t>
      </w:r>
    </w:p>
    <w:p w14:paraId="5BED76A0" w14:textId="411CDD81" w:rsidR="001E5C21" w:rsidRPr="005F0B34" w:rsidRDefault="00880444" w:rsidP="005F0B34">
      <w:pPr>
        <w:rPr>
          <w:rFonts w:cs="Times New Roman"/>
          <w:szCs w:val="24"/>
          <w:lang w:val="it-IT"/>
        </w:rPr>
      </w:pPr>
      <w:r w:rsidRPr="00880444">
        <w:rPr>
          <w:rFonts w:cs="Times New Roman"/>
          <w:b/>
          <w:sz w:val="22"/>
          <w:lang w:val="ro-RO"/>
        </w:rPr>
        <w:t xml:space="preserve">                   </w:t>
      </w:r>
      <w:r w:rsidR="00362C95">
        <w:rPr>
          <w:rFonts w:cs="Times New Roman"/>
          <w:b/>
          <w:sz w:val="22"/>
          <w:lang w:val="ro-RO"/>
        </w:rPr>
        <w:t xml:space="preserve">                                     </w:t>
      </w:r>
      <w:r w:rsidRPr="00880444">
        <w:rPr>
          <w:rFonts w:cs="Times New Roman"/>
          <w:b/>
          <w:sz w:val="22"/>
          <w:lang w:val="ro-RO"/>
        </w:rPr>
        <w:t xml:space="preserve">                                       ….</w:t>
      </w:r>
      <w:r w:rsidRPr="00880444">
        <w:rPr>
          <w:rFonts w:cs="Times New Roman"/>
          <w:i/>
          <w:sz w:val="18"/>
          <w:szCs w:val="18"/>
          <w:lang w:val="ro-RO"/>
        </w:rPr>
        <w:t>(nume, prenume, functie, semnatura)</w:t>
      </w:r>
      <w:r w:rsidR="005F0B34">
        <w:rPr>
          <w:rFonts w:cs="Times New Roman"/>
          <w:b/>
          <w:sz w:val="22"/>
          <w:lang w:val="ro-RO"/>
        </w:rPr>
        <w:t>…</w:t>
      </w:r>
      <w:bookmarkStart w:id="1" w:name="_GoBack"/>
      <w:bookmarkEnd w:id="1"/>
      <w:r w:rsidR="005F0B34" w:rsidRPr="005F0B34">
        <w:rPr>
          <w:rFonts w:cs="Times New Roman"/>
          <w:szCs w:val="24"/>
          <w:lang w:val="it-IT"/>
        </w:rPr>
        <w:t xml:space="preserve"> </w:t>
      </w:r>
    </w:p>
    <w:sectPr w:rsidR="001E5C21" w:rsidRPr="005F0B34" w:rsidSect="005F0B34">
      <w:footerReference w:type="default" r:id="rId9"/>
      <w:pgSz w:w="12240" w:h="15840"/>
      <w:pgMar w:top="567" w:right="760" w:bottom="851" w:left="1418" w:header="0" w:footer="2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7E03F" w14:textId="77777777" w:rsidR="00D33E61" w:rsidRDefault="00D33E61" w:rsidP="00741125">
      <w:pPr>
        <w:spacing w:after="0" w:line="240" w:lineRule="auto"/>
      </w:pPr>
      <w:r>
        <w:separator/>
      </w:r>
    </w:p>
  </w:endnote>
  <w:endnote w:type="continuationSeparator" w:id="0">
    <w:p w14:paraId="351D29DC" w14:textId="77777777" w:rsidR="00D33E61" w:rsidRDefault="00D33E61" w:rsidP="0074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5805529"/>
      <w:docPartObj>
        <w:docPartGallery w:val="Page Numbers (Bottom of Page)"/>
        <w:docPartUnique/>
      </w:docPartObj>
    </w:sdtPr>
    <w:sdtEndPr/>
    <w:sdtContent>
      <w:p w14:paraId="534D14BB" w14:textId="77777777" w:rsidR="002D65CA" w:rsidRPr="00F917F9" w:rsidRDefault="002D65CA">
        <w:pPr>
          <w:pStyle w:val="Subsol"/>
          <w:jc w:val="right"/>
          <w:rPr>
            <w:sz w:val="20"/>
            <w:szCs w:val="20"/>
            <w:lang w:val="it-IT"/>
          </w:rPr>
        </w:pPr>
        <w:r w:rsidRPr="00D40A4E">
          <w:rPr>
            <w:sz w:val="20"/>
            <w:szCs w:val="20"/>
          </w:rPr>
          <w:fldChar w:fldCharType="begin"/>
        </w:r>
        <w:r w:rsidRPr="00F917F9">
          <w:rPr>
            <w:sz w:val="20"/>
            <w:szCs w:val="20"/>
            <w:lang w:val="it-IT"/>
          </w:rPr>
          <w:instrText>PAGE   \* MERGEFORMAT</w:instrText>
        </w:r>
        <w:r w:rsidRPr="00D40A4E">
          <w:rPr>
            <w:sz w:val="20"/>
            <w:szCs w:val="20"/>
          </w:rPr>
          <w:fldChar w:fldCharType="separate"/>
        </w:r>
        <w:r w:rsidR="005F0B34" w:rsidRPr="005F0B34">
          <w:rPr>
            <w:noProof/>
            <w:sz w:val="20"/>
            <w:szCs w:val="20"/>
            <w:lang w:val="ro-RO"/>
          </w:rPr>
          <w:t>2</w:t>
        </w:r>
        <w:r w:rsidRPr="00D40A4E">
          <w:rPr>
            <w:sz w:val="20"/>
            <w:szCs w:val="20"/>
          </w:rPr>
          <w:fldChar w:fldCharType="end"/>
        </w:r>
      </w:p>
    </w:sdtContent>
  </w:sdt>
  <w:p w14:paraId="4F213335" w14:textId="79298F6E" w:rsidR="002D65CA" w:rsidRPr="00F917F9" w:rsidRDefault="002D65CA">
    <w:pPr>
      <w:pStyle w:val="Subsol"/>
      <w:rPr>
        <w:sz w:val="18"/>
        <w:szCs w:val="20"/>
        <w:lang w:val="it-IT"/>
      </w:rPr>
    </w:pPr>
    <w:r w:rsidRPr="00F917F9">
      <w:rPr>
        <w:sz w:val="18"/>
        <w:szCs w:val="20"/>
        <w:lang w:val="it-IT"/>
      </w:rPr>
      <w:t xml:space="preserve">Metodologie cod </w:t>
    </w:r>
    <w:r w:rsidR="00DC59F6">
      <w:rPr>
        <w:sz w:val="18"/>
        <w:szCs w:val="20"/>
        <w:lang w:val="it-IT"/>
      </w:rPr>
      <w:t>ONFR-SMCF, Ed.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D88B4" w14:textId="77777777" w:rsidR="00D33E61" w:rsidRDefault="00D33E61" w:rsidP="00741125">
      <w:pPr>
        <w:spacing w:after="0" w:line="240" w:lineRule="auto"/>
      </w:pPr>
      <w:r>
        <w:separator/>
      </w:r>
    </w:p>
  </w:footnote>
  <w:footnote w:type="continuationSeparator" w:id="0">
    <w:p w14:paraId="28DC80D4" w14:textId="77777777" w:rsidR="00D33E61" w:rsidRDefault="00D33E61" w:rsidP="00741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1">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2">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5">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6">
    <w:nsid w:val="090D76B3"/>
    <w:multiLevelType w:val="hybridMultilevel"/>
    <w:tmpl w:val="D8FCC6B6"/>
    <w:lvl w:ilvl="0" w:tplc="1F4E7F16">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nsid w:val="1EC52403"/>
    <w:multiLevelType w:val="hybridMultilevel"/>
    <w:tmpl w:val="9F1C6A18"/>
    <w:lvl w:ilvl="0" w:tplc="723E2710">
      <w:start w:val="1"/>
      <w:numFmt w:val="lowerLetter"/>
      <w:lvlText w:val="%1)"/>
      <w:lvlJc w:val="left"/>
      <w:pPr>
        <w:ind w:left="1080" w:hanging="360"/>
      </w:pPr>
      <w:rPr>
        <w:rFonts w:hint="default"/>
      </w:rPr>
    </w:lvl>
    <w:lvl w:ilvl="1" w:tplc="7690DDDC">
      <w:start w:val="1"/>
      <w:numFmt w:val="bullet"/>
      <w:lvlText w:val="-"/>
      <w:lvlJc w:val="left"/>
      <w:pPr>
        <w:ind w:left="1800" w:hanging="360"/>
      </w:pPr>
      <w:rPr>
        <w:rFonts w:ascii="Times New Roman" w:eastAsiaTheme="minorEastAsia" w:hAnsi="Times New Roman" w:cs="Times New Roman"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22A07C28"/>
    <w:multiLevelType w:val="multilevel"/>
    <w:tmpl w:val="4D9027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BB255C"/>
    <w:multiLevelType w:val="hybridMultilevel"/>
    <w:tmpl w:val="09B6E2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10B2E58"/>
    <w:multiLevelType w:val="hybridMultilevel"/>
    <w:tmpl w:val="EC0E817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01E053B"/>
    <w:multiLevelType w:val="hybridMultilevel"/>
    <w:tmpl w:val="AF6C5082"/>
    <w:lvl w:ilvl="0" w:tplc="7690DDDC">
      <w:start w:val="1"/>
      <w:numFmt w:val="bullet"/>
      <w:lvlText w:val="-"/>
      <w:lvlJc w:val="left"/>
      <w:pPr>
        <w:ind w:left="720" w:hanging="360"/>
      </w:pPr>
      <w:rPr>
        <w:rFonts w:ascii="Times New Roman" w:eastAsiaTheme="minorEastAsia" w:hAnsi="Times New Roman" w:cs="Times New Roman" w:hint="default"/>
      </w:rPr>
    </w:lvl>
    <w:lvl w:ilvl="1" w:tplc="FFFFFFFF">
      <w:start w:val="1"/>
      <w:numFmt w:val="bullet"/>
      <w:lvlText w:val="-"/>
      <w:lvlJc w:val="left"/>
      <w:pPr>
        <w:ind w:left="1440" w:hanging="360"/>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469C032A"/>
    <w:multiLevelType w:val="hybridMultilevel"/>
    <w:tmpl w:val="443E6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9C3D4A"/>
    <w:multiLevelType w:val="hybridMultilevel"/>
    <w:tmpl w:val="C284CCB6"/>
    <w:lvl w:ilvl="0" w:tplc="173A5622">
      <w:start w:val="1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B05395A"/>
    <w:multiLevelType w:val="hybridMultilevel"/>
    <w:tmpl w:val="F00C824C"/>
    <w:lvl w:ilvl="0" w:tplc="5038F7E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53B87965"/>
    <w:multiLevelType w:val="hybridMultilevel"/>
    <w:tmpl w:val="3E1047A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2B2142C"/>
    <w:multiLevelType w:val="hybridMultilevel"/>
    <w:tmpl w:val="09B6E28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4D331F6"/>
    <w:multiLevelType w:val="hybridMultilevel"/>
    <w:tmpl w:val="BD62E652"/>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66730C63"/>
    <w:multiLevelType w:val="hybridMultilevel"/>
    <w:tmpl w:val="18E0AA56"/>
    <w:lvl w:ilvl="0" w:tplc="34E6D7B0">
      <w:start w:val="1"/>
      <w:numFmt w:val="decimal"/>
      <w:lvlText w:val="%1."/>
      <w:lvlJc w:val="left"/>
      <w:pPr>
        <w:ind w:left="449" w:hanging="208"/>
      </w:pPr>
      <w:rPr>
        <w:rFonts w:ascii="Times New Roman" w:eastAsiaTheme="minorHAnsi" w:hAnsi="Times New Roman" w:cs="Times New Roman"/>
        <w:b w:val="0"/>
        <w:bCs w:val="0"/>
        <w:i w:val="0"/>
        <w:iCs w:val="0"/>
        <w:spacing w:val="-1"/>
        <w:w w:val="99"/>
        <w:sz w:val="20"/>
        <w:szCs w:val="20"/>
        <w:lang w:val="ro-RO" w:eastAsia="en-US" w:bidi="ar-SA"/>
      </w:rPr>
    </w:lvl>
    <w:lvl w:ilvl="1" w:tplc="491AEABA">
      <w:numFmt w:val="bullet"/>
      <w:lvlText w:val="•"/>
      <w:lvlJc w:val="left"/>
      <w:pPr>
        <w:ind w:left="1545" w:hanging="208"/>
      </w:pPr>
      <w:rPr>
        <w:rFonts w:hint="default"/>
        <w:lang w:val="ro-RO" w:eastAsia="en-US" w:bidi="ar-SA"/>
      </w:rPr>
    </w:lvl>
    <w:lvl w:ilvl="2" w:tplc="A43AEE46">
      <w:numFmt w:val="bullet"/>
      <w:lvlText w:val="•"/>
      <w:lvlJc w:val="left"/>
      <w:pPr>
        <w:ind w:left="2642" w:hanging="208"/>
      </w:pPr>
      <w:rPr>
        <w:rFonts w:hint="default"/>
        <w:lang w:val="ro-RO" w:eastAsia="en-US" w:bidi="ar-SA"/>
      </w:rPr>
    </w:lvl>
    <w:lvl w:ilvl="3" w:tplc="8126EF50">
      <w:numFmt w:val="bullet"/>
      <w:lvlText w:val="•"/>
      <w:lvlJc w:val="left"/>
      <w:pPr>
        <w:ind w:left="3739" w:hanging="208"/>
      </w:pPr>
      <w:rPr>
        <w:rFonts w:hint="default"/>
        <w:lang w:val="ro-RO" w:eastAsia="en-US" w:bidi="ar-SA"/>
      </w:rPr>
    </w:lvl>
    <w:lvl w:ilvl="4" w:tplc="65D2BFEC">
      <w:numFmt w:val="bullet"/>
      <w:lvlText w:val="•"/>
      <w:lvlJc w:val="left"/>
      <w:pPr>
        <w:ind w:left="4837" w:hanging="208"/>
      </w:pPr>
      <w:rPr>
        <w:rFonts w:hint="default"/>
        <w:lang w:val="ro-RO" w:eastAsia="en-US" w:bidi="ar-SA"/>
      </w:rPr>
    </w:lvl>
    <w:lvl w:ilvl="5" w:tplc="68642D14">
      <w:numFmt w:val="bullet"/>
      <w:lvlText w:val="•"/>
      <w:lvlJc w:val="left"/>
      <w:pPr>
        <w:ind w:left="5934" w:hanging="208"/>
      </w:pPr>
      <w:rPr>
        <w:rFonts w:hint="default"/>
        <w:lang w:val="ro-RO" w:eastAsia="en-US" w:bidi="ar-SA"/>
      </w:rPr>
    </w:lvl>
    <w:lvl w:ilvl="6" w:tplc="C86694D6">
      <w:numFmt w:val="bullet"/>
      <w:lvlText w:val="•"/>
      <w:lvlJc w:val="left"/>
      <w:pPr>
        <w:ind w:left="7031" w:hanging="208"/>
      </w:pPr>
      <w:rPr>
        <w:rFonts w:hint="default"/>
        <w:lang w:val="ro-RO" w:eastAsia="en-US" w:bidi="ar-SA"/>
      </w:rPr>
    </w:lvl>
    <w:lvl w:ilvl="7" w:tplc="4B5093AC">
      <w:numFmt w:val="bullet"/>
      <w:lvlText w:val="•"/>
      <w:lvlJc w:val="left"/>
      <w:pPr>
        <w:ind w:left="8129" w:hanging="208"/>
      </w:pPr>
      <w:rPr>
        <w:rFonts w:hint="default"/>
        <w:lang w:val="ro-RO" w:eastAsia="en-US" w:bidi="ar-SA"/>
      </w:rPr>
    </w:lvl>
    <w:lvl w:ilvl="8" w:tplc="B0263F36">
      <w:numFmt w:val="bullet"/>
      <w:lvlText w:val="•"/>
      <w:lvlJc w:val="left"/>
      <w:pPr>
        <w:ind w:left="9226" w:hanging="208"/>
      </w:pPr>
      <w:rPr>
        <w:rFonts w:hint="default"/>
        <w:lang w:val="ro-RO" w:eastAsia="en-US" w:bidi="ar-SA"/>
      </w:rPr>
    </w:lvl>
  </w:abstractNum>
  <w:abstractNum w:abstractNumId="19">
    <w:nsid w:val="6FD74E83"/>
    <w:multiLevelType w:val="hybridMultilevel"/>
    <w:tmpl w:val="96E44C4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0AA76BC"/>
    <w:multiLevelType w:val="hybridMultilevel"/>
    <w:tmpl w:val="B90458D4"/>
    <w:lvl w:ilvl="0" w:tplc="0E70364C">
      <w:start w:val="1"/>
      <w:numFmt w:val="decimal"/>
      <w:lvlText w:val="%1."/>
      <w:lvlJc w:val="left"/>
      <w:pPr>
        <w:ind w:left="720" w:hanging="360"/>
      </w:pPr>
      <w:rPr>
        <w:rFonts w:ascii="Times New Roman" w:hAnsi="Times New Roman" w:cs="Times New Roman" w:hint="default"/>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42A4FD2"/>
    <w:multiLevelType w:val="hybridMultilevel"/>
    <w:tmpl w:val="FBC6882E"/>
    <w:lvl w:ilvl="0" w:tplc="E3802152">
      <w:start w:val="2"/>
      <w:numFmt w:val="lowerLetter"/>
      <w:lvlText w:val="%1)"/>
      <w:lvlJc w:val="left"/>
      <w:pPr>
        <w:ind w:left="1080" w:hanging="360"/>
      </w:pPr>
      <w:rPr>
        <w:rFonts w:hint="default"/>
        <w:strike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nsid w:val="7C396902"/>
    <w:multiLevelType w:val="multilevel"/>
    <w:tmpl w:val="823A703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19"/>
  </w:num>
  <w:num w:numId="9">
    <w:abstractNumId w:val="6"/>
  </w:num>
  <w:num w:numId="10">
    <w:abstractNumId w:val="8"/>
  </w:num>
  <w:num w:numId="11">
    <w:abstractNumId w:val="21"/>
  </w:num>
  <w:num w:numId="12">
    <w:abstractNumId w:val="11"/>
  </w:num>
  <w:num w:numId="13">
    <w:abstractNumId w:val="22"/>
  </w:num>
  <w:num w:numId="14">
    <w:abstractNumId w:val="15"/>
  </w:num>
  <w:num w:numId="15">
    <w:abstractNumId w:val="12"/>
  </w:num>
  <w:num w:numId="16">
    <w:abstractNumId w:val="14"/>
  </w:num>
  <w:num w:numId="17">
    <w:abstractNumId w:val="17"/>
  </w:num>
  <w:num w:numId="18">
    <w:abstractNumId w:val="18"/>
  </w:num>
  <w:num w:numId="19">
    <w:abstractNumId w:val="16"/>
  </w:num>
  <w:num w:numId="20">
    <w:abstractNumId w:val="10"/>
  </w:num>
  <w:num w:numId="21">
    <w:abstractNumId w:val="9"/>
  </w:num>
  <w:num w:numId="22">
    <w:abstractNumId w:val="20"/>
  </w:num>
  <w:num w:numId="2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01DC"/>
    <w:rsid w:val="00000F60"/>
    <w:rsid w:val="000056B7"/>
    <w:rsid w:val="00006D21"/>
    <w:rsid w:val="000142E6"/>
    <w:rsid w:val="000153ED"/>
    <w:rsid w:val="00015444"/>
    <w:rsid w:val="00017086"/>
    <w:rsid w:val="00017770"/>
    <w:rsid w:val="00020D3A"/>
    <w:rsid w:val="000241B9"/>
    <w:rsid w:val="0002539B"/>
    <w:rsid w:val="00026B2E"/>
    <w:rsid w:val="00031864"/>
    <w:rsid w:val="00034616"/>
    <w:rsid w:val="000360BA"/>
    <w:rsid w:val="0004133D"/>
    <w:rsid w:val="00047CD8"/>
    <w:rsid w:val="0005075D"/>
    <w:rsid w:val="000524D7"/>
    <w:rsid w:val="00052B65"/>
    <w:rsid w:val="000538DB"/>
    <w:rsid w:val="00054A64"/>
    <w:rsid w:val="00054D12"/>
    <w:rsid w:val="000554F2"/>
    <w:rsid w:val="00055B26"/>
    <w:rsid w:val="0006063C"/>
    <w:rsid w:val="00064D06"/>
    <w:rsid w:val="00065A05"/>
    <w:rsid w:val="0006797A"/>
    <w:rsid w:val="000725DC"/>
    <w:rsid w:val="0007418E"/>
    <w:rsid w:val="00074CC5"/>
    <w:rsid w:val="00074DFB"/>
    <w:rsid w:val="00076866"/>
    <w:rsid w:val="00076D4B"/>
    <w:rsid w:val="00077C76"/>
    <w:rsid w:val="00080B36"/>
    <w:rsid w:val="00085164"/>
    <w:rsid w:val="00085D01"/>
    <w:rsid w:val="00086CF2"/>
    <w:rsid w:val="000A2735"/>
    <w:rsid w:val="000B0FD2"/>
    <w:rsid w:val="000B5193"/>
    <w:rsid w:val="000C240F"/>
    <w:rsid w:val="000C58AD"/>
    <w:rsid w:val="000C6810"/>
    <w:rsid w:val="000D003A"/>
    <w:rsid w:val="000D0655"/>
    <w:rsid w:val="000E0A27"/>
    <w:rsid w:val="000E4BC6"/>
    <w:rsid w:val="000F241E"/>
    <w:rsid w:val="000F3BB0"/>
    <w:rsid w:val="000F55C0"/>
    <w:rsid w:val="00102B7B"/>
    <w:rsid w:val="00107582"/>
    <w:rsid w:val="00113652"/>
    <w:rsid w:val="0011773A"/>
    <w:rsid w:val="00120085"/>
    <w:rsid w:val="00127BC8"/>
    <w:rsid w:val="00140E67"/>
    <w:rsid w:val="00143D4A"/>
    <w:rsid w:val="0015074B"/>
    <w:rsid w:val="00152086"/>
    <w:rsid w:val="00152A26"/>
    <w:rsid w:val="00153211"/>
    <w:rsid w:val="0015459D"/>
    <w:rsid w:val="00156EB9"/>
    <w:rsid w:val="00163296"/>
    <w:rsid w:val="00164E72"/>
    <w:rsid w:val="00165420"/>
    <w:rsid w:val="0017033C"/>
    <w:rsid w:val="00172439"/>
    <w:rsid w:val="00172E0E"/>
    <w:rsid w:val="00177BE4"/>
    <w:rsid w:val="00181DD1"/>
    <w:rsid w:val="00190552"/>
    <w:rsid w:val="00190641"/>
    <w:rsid w:val="0019194C"/>
    <w:rsid w:val="001955CE"/>
    <w:rsid w:val="00197A2F"/>
    <w:rsid w:val="001A1834"/>
    <w:rsid w:val="001A47C3"/>
    <w:rsid w:val="001C2A57"/>
    <w:rsid w:val="001C7698"/>
    <w:rsid w:val="001D303F"/>
    <w:rsid w:val="001D4513"/>
    <w:rsid w:val="001D4D40"/>
    <w:rsid w:val="001D4D8C"/>
    <w:rsid w:val="001D4F62"/>
    <w:rsid w:val="001D5D8A"/>
    <w:rsid w:val="001D6C3B"/>
    <w:rsid w:val="001D71CD"/>
    <w:rsid w:val="001E545A"/>
    <w:rsid w:val="001E5C21"/>
    <w:rsid w:val="001E5D4B"/>
    <w:rsid w:val="001F1017"/>
    <w:rsid w:val="001F4A13"/>
    <w:rsid w:val="001F7807"/>
    <w:rsid w:val="001F7989"/>
    <w:rsid w:val="00201029"/>
    <w:rsid w:val="00201447"/>
    <w:rsid w:val="0020696F"/>
    <w:rsid w:val="00212F03"/>
    <w:rsid w:val="00213A98"/>
    <w:rsid w:val="002146FB"/>
    <w:rsid w:val="00216C44"/>
    <w:rsid w:val="00221E6A"/>
    <w:rsid w:val="00223609"/>
    <w:rsid w:val="002265C7"/>
    <w:rsid w:val="0022695D"/>
    <w:rsid w:val="00227035"/>
    <w:rsid w:val="00227245"/>
    <w:rsid w:val="002272C6"/>
    <w:rsid w:val="00227483"/>
    <w:rsid w:val="002315E5"/>
    <w:rsid w:val="0023395A"/>
    <w:rsid w:val="00233AF8"/>
    <w:rsid w:val="0023600B"/>
    <w:rsid w:val="00241BF0"/>
    <w:rsid w:val="00242E17"/>
    <w:rsid w:val="00242F04"/>
    <w:rsid w:val="00242F89"/>
    <w:rsid w:val="002461AB"/>
    <w:rsid w:val="0024761D"/>
    <w:rsid w:val="00251144"/>
    <w:rsid w:val="00254053"/>
    <w:rsid w:val="0025499B"/>
    <w:rsid w:val="0026055A"/>
    <w:rsid w:val="0026482D"/>
    <w:rsid w:val="00264A51"/>
    <w:rsid w:val="002667FC"/>
    <w:rsid w:val="00266A12"/>
    <w:rsid w:val="00266D53"/>
    <w:rsid w:val="00267D31"/>
    <w:rsid w:val="00270951"/>
    <w:rsid w:val="002807DE"/>
    <w:rsid w:val="00280CD2"/>
    <w:rsid w:val="00286E55"/>
    <w:rsid w:val="00290838"/>
    <w:rsid w:val="002914B1"/>
    <w:rsid w:val="00293380"/>
    <w:rsid w:val="002943F4"/>
    <w:rsid w:val="0029639D"/>
    <w:rsid w:val="00297942"/>
    <w:rsid w:val="002B22C8"/>
    <w:rsid w:val="002B3F7C"/>
    <w:rsid w:val="002B7B26"/>
    <w:rsid w:val="002C2C02"/>
    <w:rsid w:val="002C66E9"/>
    <w:rsid w:val="002D2E2B"/>
    <w:rsid w:val="002D3441"/>
    <w:rsid w:val="002D451B"/>
    <w:rsid w:val="002D5CB6"/>
    <w:rsid w:val="002D65CA"/>
    <w:rsid w:val="002D7070"/>
    <w:rsid w:val="002D71E3"/>
    <w:rsid w:val="002D7302"/>
    <w:rsid w:val="002D7510"/>
    <w:rsid w:val="002E4C71"/>
    <w:rsid w:val="002F1210"/>
    <w:rsid w:val="002F13BD"/>
    <w:rsid w:val="002F13F6"/>
    <w:rsid w:val="002F44EA"/>
    <w:rsid w:val="00302B1D"/>
    <w:rsid w:val="003034A2"/>
    <w:rsid w:val="0030608C"/>
    <w:rsid w:val="00315892"/>
    <w:rsid w:val="00321D81"/>
    <w:rsid w:val="003239B4"/>
    <w:rsid w:val="00324790"/>
    <w:rsid w:val="00324E9B"/>
    <w:rsid w:val="00325259"/>
    <w:rsid w:val="00325481"/>
    <w:rsid w:val="00325CB7"/>
    <w:rsid w:val="00326F90"/>
    <w:rsid w:val="003319D4"/>
    <w:rsid w:val="00332ED6"/>
    <w:rsid w:val="0033356B"/>
    <w:rsid w:val="00333CC9"/>
    <w:rsid w:val="00334FBA"/>
    <w:rsid w:val="003411B0"/>
    <w:rsid w:val="00343FFE"/>
    <w:rsid w:val="003455BA"/>
    <w:rsid w:val="00345E08"/>
    <w:rsid w:val="00347959"/>
    <w:rsid w:val="00355532"/>
    <w:rsid w:val="00356C00"/>
    <w:rsid w:val="00356D49"/>
    <w:rsid w:val="0035764F"/>
    <w:rsid w:val="00362C95"/>
    <w:rsid w:val="003635C3"/>
    <w:rsid w:val="0036619B"/>
    <w:rsid w:val="003729A0"/>
    <w:rsid w:val="00374C58"/>
    <w:rsid w:val="00376F9F"/>
    <w:rsid w:val="00377F92"/>
    <w:rsid w:val="003804BA"/>
    <w:rsid w:val="00386892"/>
    <w:rsid w:val="003868B9"/>
    <w:rsid w:val="00387E4A"/>
    <w:rsid w:val="00393230"/>
    <w:rsid w:val="00393949"/>
    <w:rsid w:val="00395B7D"/>
    <w:rsid w:val="0039617E"/>
    <w:rsid w:val="003A032E"/>
    <w:rsid w:val="003A1D56"/>
    <w:rsid w:val="003A378E"/>
    <w:rsid w:val="003A737D"/>
    <w:rsid w:val="003B0D6D"/>
    <w:rsid w:val="003B2E9F"/>
    <w:rsid w:val="003B51FD"/>
    <w:rsid w:val="003B544B"/>
    <w:rsid w:val="003C17FF"/>
    <w:rsid w:val="003C3504"/>
    <w:rsid w:val="003C5D2A"/>
    <w:rsid w:val="003D0DC4"/>
    <w:rsid w:val="003D4305"/>
    <w:rsid w:val="003D48A9"/>
    <w:rsid w:val="003D496F"/>
    <w:rsid w:val="003D4A55"/>
    <w:rsid w:val="003E12B9"/>
    <w:rsid w:val="003E37AA"/>
    <w:rsid w:val="003E42A8"/>
    <w:rsid w:val="003E4FE6"/>
    <w:rsid w:val="003F395D"/>
    <w:rsid w:val="003F4EC3"/>
    <w:rsid w:val="003F5B7D"/>
    <w:rsid w:val="0040264F"/>
    <w:rsid w:val="00403DD4"/>
    <w:rsid w:val="00405053"/>
    <w:rsid w:val="00405165"/>
    <w:rsid w:val="004053B9"/>
    <w:rsid w:val="0040577D"/>
    <w:rsid w:val="00406D80"/>
    <w:rsid w:val="004074D7"/>
    <w:rsid w:val="00410D8E"/>
    <w:rsid w:val="004155B3"/>
    <w:rsid w:val="00417EE2"/>
    <w:rsid w:val="00421C03"/>
    <w:rsid w:val="00423C83"/>
    <w:rsid w:val="00425741"/>
    <w:rsid w:val="00431D55"/>
    <w:rsid w:val="004362EF"/>
    <w:rsid w:val="00437E3C"/>
    <w:rsid w:val="00442A1C"/>
    <w:rsid w:val="00444591"/>
    <w:rsid w:val="004459BA"/>
    <w:rsid w:val="00446DB3"/>
    <w:rsid w:val="00447CD6"/>
    <w:rsid w:val="00447CDD"/>
    <w:rsid w:val="00447EC0"/>
    <w:rsid w:val="004505F7"/>
    <w:rsid w:val="00451440"/>
    <w:rsid w:val="004514C8"/>
    <w:rsid w:val="004523F6"/>
    <w:rsid w:val="004554C9"/>
    <w:rsid w:val="004631A7"/>
    <w:rsid w:val="00463E20"/>
    <w:rsid w:val="00467FF2"/>
    <w:rsid w:val="00470D87"/>
    <w:rsid w:val="00471181"/>
    <w:rsid w:val="00471357"/>
    <w:rsid w:val="00472FA3"/>
    <w:rsid w:val="00474833"/>
    <w:rsid w:val="0047642D"/>
    <w:rsid w:val="00477A7D"/>
    <w:rsid w:val="00480A7E"/>
    <w:rsid w:val="00480B86"/>
    <w:rsid w:val="00481152"/>
    <w:rsid w:val="004813AE"/>
    <w:rsid w:val="00481A1B"/>
    <w:rsid w:val="00482460"/>
    <w:rsid w:val="0048304F"/>
    <w:rsid w:val="00483927"/>
    <w:rsid w:val="00484C92"/>
    <w:rsid w:val="00485EAF"/>
    <w:rsid w:val="0049152A"/>
    <w:rsid w:val="00491B79"/>
    <w:rsid w:val="004927AE"/>
    <w:rsid w:val="0049354F"/>
    <w:rsid w:val="00494F37"/>
    <w:rsid w:val="00495CA0"/>
    <w:rsid w:val="00495E9E"/>
    <w:rsid w:val="004962AF"/>
    <w:rsid w:val="004A3080"/>
    <w:rsid w:val="004A445C"/>
    <w:rsid w:val="004A49C7"/>
    <w:rsid w:val="004A5292"/>
    <w:rsid w:val="004A741D"/>
    <w:rsid w:val="004A7C4E"/>
    <w:rsid w:val="004B0484"/>
    <w:rsid w:val="004B14E0"/>
    <w:rsid w:val="004B18DA"/>
    <w:rsid w:val="004B2B2E"/>
    <w:rsid w:val="004B4DCB"/>
    <w:rsid w:val="004C60D1"/>
    <w:rsid w:val="004D055A"/>
    <w:rsid w:val="004D0A25"/>
    <w:rsid w:val="004D4C4D"/>
    <w:rsid w:val="004D5A51"/>
    <w:rsid w:val="004D7101"/>
    <w:rsid w:val="004E2603"/>
    <w:rsid w:val="004E6A24"/>
    <w:rsid w:val="004E79F3"/>
    <w:rsid w:val="004F2E5A"/>
    <w:rsid w:val="004F3F60"/>
    <w:rsid w:val="004F5492"/>
    <w:rsid w:val="004F590C"/>
    <w:rsid w:val="004F5BDA"/>
    <w:rsid w:val="00503841"/>
    <w:rsid w:val="00504001"/>
    <w:rsid w:val="00506FA6"/>
    <w:rsid w:val="0051337E"/>
    <w:rsid w:val="00521AF4"/>
    <w:rsid w:val="00522E26"/>
    <w:rsid w:val="00522E85"/>
    <w:rsid w:val="00532117"/>
    <w:rsid w:val="005345D7"/>
    <w:rsid w:val="00534A10"/>
    <w:rsid w:val="0053584D"/>
    <w:rsid w:val="00535BFB"/>
    <w:rsid w:val="0053643C"/>
    <w:rsid w:val="005377BA"/>
    <w:rsid w:val="00542078"/>
    <w:rsid w:val="00555BEC"/>
    <w:rsid w:val="00555FF0"/>
    <w:rsid w:val="00556B79"/>
    <w:rsid w:val="005630DF"/>
    <w:rsid w:val="005633E9"/>
    <w:rsid w:val="005702CF"/>
    <w:rsid w:val="0057198B"/>
    <w:rsid w:val="00571D8D"/>
    <w:rsid w:val="005726BC"/>
    <w:rsid w:val="00574BE4"/>
    <w:rsid w:val="00576222"/>
    <w:rsid w:val="0058045D"/>
    <w:rsid w:val="00581651"/>
    <w:rsid w:val="005840F0"/>
    <w:rsid w:val="005851AC"/>
    <w:rsid w:val="00585FDE"/>
    <w:rsid w:val="00592A18"/>
    <w:rsid w:val="00593355"/>
    <w:rsid w:val="005941C0"/>
    <w:rsid w:val="005946B7"/>
    <w:rsid w:val="00597A06"/>
    <w:rsid w:val="005A0C06"/>
    <w:rsid w:val="005A119B"/>
    <w:rsid w:val="005A262C"/>
    <w:rsid w:val="005A3A7D"/>
    <w:rsid w:val="005A4833"/>
    <w:rsid w:val="005A5F20"/>
    <w:rsid w:val="005A61C8"/>
    <w:rsid w:val="005B05F2"/>
    <w:rsid w:val="005B4418"/>
    <w:rsid w:val="005B4987"/>
    <w:rsid w:val="005B4CA2"/>
    <w:rsid w:val="005C1DE6"/>
    <w:rsid w:val="005C29B2"/>
    <w:rsid w:val="005C301A"/>
    <w:rsid w:val="005C3364"/>
    <w:rsid w:val="005C439F"/>
    <w:rsid w:val="005D11BF"/>
    <w:rsid w:val="005D3254"/>
    <w:rsid w:val="005D7101"/>
    <w:rsid w:val="005E151B"/>
    <w:rsid w:val="005E2BA5"/>
    <w:rsid w:val="005E3E56"/>
    <w:rsid w:val="005E49D8"/>
    <w:rsid w:val="005E584B"/>
    <w:rsid w:val="005E5C0F"/>
    <w:rsid w:val="005F0B34"/>
    <w:rsid w:val="00600253"/>
    <w:rsid w:val="00605D4E"/>
    <w:rsid w:val="00606E4D"/>
    <w:rsid w:val="00607148"/>
    <w:rsid w:val="00607BA0"/>
    <w:rsid w:val="006105A2"/>
    <w:rsid w:val="00610A97"/>
    <w:rsid w:val="0061203E"/>
    <w:rsid w:val="00613984"/>
    <w:rsid w:val="00617157"/>
    <w:rsid w:val="0062072D"/>
    <w:rsid w:val="00621418"/>
    <w:rsid w:val="00626028"/>
    <w:rsid w:val="0062754F"/>
    <w:rsid w:val="00630A5B"/>
    <w:rsid w:val="00631A29"/>
    <w:rsid w:val="00633E21"/>
    <w:rsid w:val="0063430B"/>
    <w:rsid w:val="00641B59"/>
    <w:rsid w:val="006439F5"/>
    <w:rsid w:val="00643F86"/>
    <w:rsid w:val="00645A8C"/>
    <w:rsid w:val="0064634A"/>
    <w:rsid w:val="00651C24"/>
    <w:rsid w:val="006550DF"/>
    <w:rsid w:val="006560A2"/>
    <w:rsid w:val="006631D5"/>
    <w:rsid w:val="00670214"/>
    <w:rsid w:val="006719DF"/>
    <w:rsid w:val="00672E2D"/>
    <w:rsid w:val="00675768"/>
    <w:rsid w:val="0068327A"/>
    <w:rsid w:val="006846E7"/>
    <w:rsid w:val="00684FE1"/>
    <w:rsid w:val="00687AEE"/>
    <w:rsid w:val="006956A0"/>
    <w:rsid w:val="00695E2F"/>
    <w:rsid w:val="006A4732"/>
    <w:rsid w:val="006A4919"/>
    <w:rsid w:val="006A6E24"/>
    <w:rsid w:val="006B047D"/>
    <w:rsid w:val="006B4AA5"/>
    <w:rsid w:val="006B6E99"/>
    <w:rsid w:val="006B74B7"/>
    <w:rsid w:val="006B77D5"/>
    <w:rsid w:val="006B7E35"/>
    <w:rsid w:val="006D16EF"/>
    <w:rsid w:val="006D1B0B"/>
    <w:rsid w:val="006D6B16"/>
    <w:rsid w:val="006D6C22"/>
    <w:rsid w:val="006E020B"/>
    <w:rsid w:val="006E047D"/>
    <w:rsid w:val="006E0E18"/>
    <w:rsid w:val="006E2132"/>
    <w:rsid w:val="006E345C"/>
    <w:rsid w:val="006F1992"/>
    <w:rsid w:val="006F3251"/>
    <w:rsid w:val="007001E0"/>
    <w:rsid w:val="0070082E"/>
    <w:rsid w:val="00703CA8"/>
    <w:rsid w:val="00710222"/>
    <w:rsid w:val="0071093C"/>
    <w:rsid w:val="00714CB6"/>
    <w:rsid w:val="007225D5"/>
    <w:rsid w:val="0072354C"/>
    <w:rsid w:val="007248D3"/>
    <w:rsid w:val="00726A62"/>
    <w:rsid w:val="00726AC3"/>
    <w:rsid w:val="007310AA"/>
    <w:rsid w:val="00732D4E"/>
    <w:rsid w:val="00733501"/>
    <w:rsid w:val="007346F6"/>
    <w:rsid w:val="00740B49"/>
    <w:rsid w:val="00741125"/>
    <w:rsid w:val="00743B32"/>
    <w:rsid w:val="00744482"/>
    <w:rsid w:val="00744832"/>
    <w:rsid w:val="00751A9C"/>
    <w:rsid w:val="00753B0B"/>
    <w:rsid w:val="00753DF3"/>
    <w:rsid w:val="0075597D"/>
    <w:rsid w:val="0076151D"/>
    <w:rsid w:val="00764A62"/>
    <w:rsid w:val="00766DFE"/>
    <w:rsid w:val="00772049"/>
    <w:rsid w:val="0077756A"/>
    <w:rsid w:val="00777C77"/>
    <w:rsid w:val="007867AC"/>
    <w:rsid w:val="00790E32"/>
    <w:rsid w:val="007915CF"/>
    <w:rsid w:val="00792DF9"/>
    <w:rsid w:val="0079449E"/>
    <w:rsid w:val="007978AD"/>
    <w:rsid w:val="007A2DE5"/>
    <w:rsid w:val="007A335B"/>
    <w:rsid w:val="007A5287"/>
    <w:rsid w:val="007A5790"/>
    <w:rsid w:val="007A61C5"/>
    <w:rsid w:val="007A71F2"/>
    <w:rsid w:val="007A7A96"/>
    <w:rsid w:val="007B4518"/>
    <w:rsid w:val="007B5527"/>
    <w:rsid w:val="007B69C0"/>
    <w:rsid w:val="007C0739"/>
    <w:rsid w:val="007C1D9D"/>
    <w:rsid w:val="007C2A1A"/>
    <w:rsid w:val="007E08A3"/>
    <w:rsid w:val="007E7FD8"/>
    <w:rsid w:val="007F0F4A"/>
    <w:rsid w:val="007F1DC0"/>
    <w:rsid w:val="007F413A"/>
    <w:rsid w:val="007F5695"/>
    <w:rsid w:val="007F59E8"/>
    <w:rsid w:val="008011C7"/>
    <w:rsid w:val="008016F2"/>
    <w:rsid w:val="008017CC"/>
    <w:rsid w:val="00802DFC"/>
    <w:rsid w:val="0080339F"/>
    <w:rsid w:val="00804AF2"/>
    <w:rsid w:val="00804FEC"/>
    <w:rsid w:val="008063D8"/>
    <w:rsid w:val="00807BFF"/>
    <w:rsid w:val="00812C97"/>
    <w:rsid w:val="0081381F"/>
    <w:rsid w:val="00815953"/>
    <w:rsid w:val="00817FF7"/>
    <w:rsid w:val="0082528F"/>
    <w:rsid w:val="008258FB"/>
    <w:rsid w:val="008268CE"/>
    <w:rsid w:val="008377F0"/>
    <w:rsid w:val="00843687"/>
    <w:rsid w:val="00845EE7"/>
    <w:rsid w:val="008462F8"/>
    <w:rsid w:val="00853665"/>
    <w:rsid w:val="00861DAC"/>
    <w:rsid w:val="00862683"/>
    <w:rsid w:val="008633A4"/>
    <w:rsid w:val="00866C42"/>
    <w:rsid w:val="00870D79"/>
    <w:rsid w:val="00880444"/>
    <w:rsid w:val="00882B7F"/>
    <w:rsid w:val="00882C47"/>
    <w:rsid w:val="00882DF3"/>
    <w:rsid w:val="00885D19"/>
    <w:rsid w:val="00886A0A"/>
    <w:rsid w:val="00887381"/>
    <w:rsid w:val="00891B47"/>
    <w:rsid w:val="00897CFF"/>
    <w:rsid w:val="008A0A0F"/>
    <w:rsid w:val="008A1926"/>
    <w:rsid w:val="008A31EC"/>
    <w:rsid w:val="008A369F"/>
    <w:rsid w:val="008A49BA"/>
    <w:rsid w:val="008A6892"/>
    <w:rsid w:val="008A78BD"/>
    <w:rsid w:val="008B0297"/>
    <w:rsid w:val="008B081B"/>
    <w:rsid w:val="008B0D4A"/>
    <w:rsid w:val="008B245E"/>
    <w:rsid w:val="008B3A34"/>
    <w:rsid w:val="008B4B0D"/>
    <w:rsid w:val="008B51FB"/>
    <w:rsid w:val="008B732D"/>
    <w:rsid w:val="008B7518"/>
    <w:rsid w:val="008C1619"/>
    <w:rsid w:val="008C1CB4"/>
    <w:rsid w:val="008C1D52"/>
    <w:rsid w:val="008C1FA4"/>
    <w:rsid w:val="008C2037"/>
    <w:rsid w:val="008C458E"/>
    <w:rsid w:val="008C6226"/>
    <w:rsid w:val="008C7ACE"/>
    <w:rsid w:val="008D45E9"/>
    <w:rsid w:val="008E1367"/>
    <w:rsid w:val="008E1A11"/>
    <w:rsid w:val="008E345C"/>
    <w:rsid w:val="008E379F"/>
    <w:rsid w:val="008F1CC6"/>
    <w:rsid w:val="008F2444"/>
    <w:rsid w:val="00902007"/>
    <w:rsid w:val="009077EE"/>
    <w:rsid w:val="0091170F"/>
    <w:rsid w:val="009117ED"/>
    <w:rsid w:val="0091215E"/>
    <w:rsid w:val="00912528"/>
    <w:rsid w:val="009131D6"/>
    <w:rsid w:val="009143D7"/>
    <w:rsid w:val="009158B6"/>
    <w:rsid w:val="00917810"/>
    <w:rsid w:val="009203BA"/>
    <w:rsid w:val="009213F7"/>
    <w:rsid w:val="009220E3"/>
    <w:rsid w:val="009226DC"/>
    <w:rsid w:val="0092426C"/>
    <w:rsid w:val="00925913"/>
    <w:rsid w:val="00926BB7"/>
    <w:rsid w:val="00931D5C"/>
    <w:rsid w:val="009330E4"/>
    <w:rsid w:val="0093316D"/>
    <w:rsid w:val="00934FC6"/>
    <w:rsid w:val="009405BE"/>
    <w:rsid w:val="00940AF2"/>
    <w:rsid w:val="00942C5A"/>
    <w:rsid w:val="009434DA"/>
    <w:rsid w:val="0094483B"/>
    <w:rsid w:val="009459BD"/>
    <w:rsid w:val="009464B5"/>
    <w:rsid w:val="00951B30"/>
    <w:rsid w:val="00953430"/>
    <w:rsid w:val="00956D0E"/>
    <w:rsid w:val="00960DEC"/>
    <w:rsid w:val="00961452"/>
    <w:rsid w:val="00962229"/>
    <w:rsid w:val="00965575"/>
    <w:rsid w:val="00972FE7"/>
    <w:rsid w:val="00974F14"/>
    <w:rsid w:val="00977DF5"/>
    <w:rsid w:val="00982210"/>
    <w:rsid w:val="00985190"/>
    <w:rsid w:val="00993A5D"/>
    <w:rsid w:val="00994503"/>
    <w:rsid w:val="009961BE"/>
    <w:rsid w:val="0099775A"/>
    <w:rsid w:val="00997F80"/>
    <w:rsid w:val="009A287A"/>
    <w:rsid w:val="009A64EA"/>
    <w:rsid w:val="009A6F48"/>
    <w:rsid w:val="009A780A"/>
    <w:rsid w:val="009B1986"/>
    <w:rsid w:val="009C0ACB"/>
    <w:rsid w:val="009C15C1"/>
    <w:rsid w:val="009C4433"/>
    <w:rsid w:val="009D0C40"/>
    <w:rsid w:val="009D7AB3"/>
    <w:rsid w:val="009D7F93"/>
    <w:rsid w:val="009E19D3"/>
    <w:rsid w:val="009E1D08"/>
    <w:rsid w:val="009E4893"/>
    <w:rsid w:val="009E5E5D"/>
    <w:rsid w:val="009E796D"/>
    <w:rsid w:val="009F33FA"/>
    <w:rsid w:val="009F3833"/>
    <w:rsid w:val="009F4767"/>
    <w:rsid w:val="009F5210"/>
    <w:rsid w:val="009F557F"/>
    <w:rsid w:val="009F7A4F"/>
    <w:rsid w:val="00A03501"/>
    <w:rsid w:val="00A04B50"/>
    <w:rsid w:val="00A06614"/>
    <w:rsid w:val="00A07488"/>
    <w:rsid w:val="00A1345A"/>
    <w:rsid w:val="00A14FDF"/>
    <w:rsid w:val="00A159B2"/>
    <w:rsid w:val="00A1607D"/>
    <w:rsid w:val="00A17B05"/>
    <w:rsid w:val="00A17C78"/>
    <w:rsid w:val="00A2080D"/>
    <w:rsid w:val="00A218AD"/>
    <w:rsid w:val="00A23EFC"/>
    <w:rsid w:val="00A276C5"/>
    <w:rsid w:val="00A3594C"/>
    <w:rsid w:val="00A35F67"/>
    <w:rsid w:val="00A37B19"/>
    <w:rsid w:val="00A37BFC"/>
    <w:rsid w:val="00A40719"/>
    <w:rsid w:val="00A44634"/>
    <w:rsid w:val="00A4591E"/>
    <w:rsid w:val="00A51B40"/>
    <w:rsid w:val="00A523EE"/>
    <w:rsid w:val="00A54FBE"/>
    <w:rsid w:val="00A57EDD"/>
    <w:rsid w:val="00A6364F"/>
    <w:rsid w:val="00A638E7"/>
    <w:rsid w:val="00A67289"/>
    <w:rsid w:val="00A700CE"/>
    <w:rsid w:val="00A71EE8"/>
    <w:rsid w:val="00A72A40"/>
    <w:rsid w:val="00A76A19"/>
    <w:rsid w:val="00A779DD"/>
    <w:rsid w:val="00A77A74"/>
    <w:rsid w:val="00A82115"/>
    <w:rsid w:val="00A85A0F"/>
    <w:rsid w:val="00A916CD"/>
    <w:rsid w:val="00A919E8"/>
    <w:rsid w:val="00A91B22"/>
    <w:rsid w:val="00A92DC5"/>
    <w:rsid w:val="00A961E9"/>
    <w:rsid w:val="00AA1D8D"/>
    <w:rsid w:val="00AA2D70"/>
    <w:rsid w:val="00AA60A3"/>
    <w:rsid w:val="00AB16A2"/>
    <w:rsid w:val="00AB52DC"/>
    <w:rsid w:val="00AC1486"/>
    <w:rsid w:val="00AC2344"/>
    <w:rsid w:val="00AC5667"/>
    <w:rsid w:val="00AD1835"/>
    <w:rsid w:val="00AD371E"/>
    <w:rsid w:val="00AE023D"/>
    <w:rsid w:val="00AE0DE0"/>
    <w:rsid w:val="00B03513"/>
    <w:rsid w:val="00B12127"/>
    <w:rsid w:val="00B151AA"/>
    <w:rsid w:val="00B2103F"/>
    <w:rsid w:val="00B22104"/>
    <w:rsid w:val="00B260F4"/>
    <w:rsid w:val="00B32152"/>
    <w:rsid w:val="00B34C51"/>
    <w:rsid w:val="00B36378"/>
    <w:rsid w:val="00B411D7"/>
    <w:rsid w:val="00B47730"/>
    <w:rsid w:val="00B5195B"/>
    <w:rsid w:val="00B53451"/>
    <w:rsid w:val="00B546D5"/>
    <w:rsid w:val="00B54B31"/>
    <w:rsid w:val="00B62CD3"/>
    <w:rsid w:val="00B7130B"/>
    <w:rsid w:val="00B71D3A"/>
    <w:rsid w:val="00B74352"/>
    <w:rsid w:val="00B75FBF"/>
    <w:rsid w:val="00B776FD"/>
    <w:rsid w:val="00B9403C"/>
    <w:rsid w:val="00B948CA"/>
    <w:rsid w:val="00BA237C"/>
    <w:rsid w:val="00BA68E8"/>
    <w:rsid w:val="00BA7412"/>
    <w:rsid w:val="00BB19AE"/>
    <w:rsid w:val="00BB511E"/>
    <w:rsid w:val="00BC0880"/>
    <w:rsid w:val="00BC2142"/>
    <w:rsid w:val="00BC3CD6"/>
    <w:rsid w:val="00BC42CC"/>
    <w:rsid w:val="00BC4A2A"/>
    <w:rsid w:val="00BC76EE"/>
    <w:rsid w:val="00BC7F84"/>
    <w:rsid w:val="00BD5724"/>
    <w:rsid w:val="00BD621C"/>
    <w:rsid w:val="00BE281A"/>
    <w:rsid w:val="00BE29F8"/>
    <w:rsid w:val="00BE2E61"/>
    <w:rsid w:val="00BE33F3"/>
    <w:rsid w:val="00BF1753"/>
    <w:rsid w:val="00BF1C09"/>
    <w:rsid w:val="00BF2B8B"/>
    <w:rsid w:val="00BF4571"/>
    <w:rsid w:val="00C00A32"/>
    <w:rsid w:val="00C0183F"/>
    <w:rsid w:val="00C01B12"/>
    <w:rsid w:val="00C0355D"/>
    <w:rsid w:val="00C04B19"/>
    <w:rsid w:val="00C05751"/>
    <w:rsid w:val="00C0772A"/>
    <w:rsid w:val="00C10A61"/>
    <w:rsid w:val="00C10CF3"/>
    <w:rsid w:val="00C10D83"/>
    <w:rsid w:val="00C13584"/>
    <w:rsid w:val="00C2141D"/>
    <w:rsid w:val="00C23365"/>
    <w:rsid w:val="00C234C4"/>
    <w:rsid w:val="00C238F2"/>
    <w:rsid w:val="00C265EC"/>
    <w:rsid w:val="00C26C19"/>
    <w:rsid w:val="00C33689"/>
    <w:rsid w:val="00C33897"/>
    <w:rsid w:val="00C34975"/>
    <w:rsid w:val="00C52F66"/>
    <w:rsid w:val="00C572EC"/>
    <w:rsid w:val="00C57761"/>
    <w:rsid w:val="00C605EC"/>
    <w:rsid w:val="00C62A6B"/>
    <w:rsid w:val="00C6555E"/>
    <w:rsid w:val="00C67ECF"/>
    <w:rsid w:val="00C71E2D"/>
    <w:rsid w:val="00C75728"/>
    <w:rsid w:val="00C75834"/>
    <w:rsid w:val="00C833AB"/>
    <w:rsid w:val="00C9082E"/>
    <w:rsid w:val="00C913EC"/>
    <w:rsid w:val="00C91A8F"/>
    <w:rsid w:val="00C91F23"/>
    <w:rsid w:val="00C93D21"/>
    <w:rsid w:val="00C95DF9"/>
    <w:rsid w:val="00C967BD"/>
    <w:rsid w:val="00C971A8"/>
    <w:rsid w:val="00CA00D7"/>
    <w:rsid w:val="00CB0664"/>
    <w:rsid w:val="00CB0812"/>
    <w:rsid w:val="00CB653C"/>
    <w:rsid w:val="00CB6CFA"/>
    <w:rsid w:val="00CC026F"/>
    <w:rsid w:val="00CC0E74"/>
    <w:rsid w:val="00CC23A4"/>
    <w:rsid w:val="00CC6BCC"/>
    <w:rsid w:val="00CD0EE3"/>
    <w:rsid w:val="00CD19C6"/>
    <w:rsid w:val="00CD1BC8"/>
    <w:rsid w:val="00CD3724"/>
    <w:rsid w:val="00CD5015"/>
    <w:rsid w:val="00CE0D61"/>
    <w:rsid w:val="00CE1C62"/>
    <w:rsid w:val="00CE45DC"/>
    <w:rsid w:val="00CF34E0"/>
    <w:rsid w:val="00CF5E26"/>
    <w:rsid w:val="00D014B0"/>
    <w:rsid w:val="00D01DAD"/>
    <w:rsid w:val="00D02CAD"/>
    <w:rsid w:val="00D06D54"/>
    <w:rsid w:val="00D12DD5"/>
    <w:rsid w:val="00D152AF"/>
    <w:rsid w:val="00D16571"/>
    <w:rsid w:val="00D17C49"/>
    <w:rsid w:val="00D239C1"/>
    <w:rsid w:val="00D26579"/>
    <w:rsid w:val="00D328A3"/>
    <w:rsid w:val="00D33E61"/>
    <w:rsid w:val="00D35A09"/>
    <w:rsid w:val="00D40A4E"/>
    <w:rsid w:val="00D4301E"/>
    <w:rsid w:val="00D44ABE"/>
    <w:rsid w:val="00D47A6D"/>
    <w:rsid w:val="00D5275B"/>
    <w:rsid w:val="00D55005"/>
    <w:rsid w:val="00D6043E"/>
    <w:rsid w:val="00D607AB"/>
    <w:rsid w:val="00D653EC"/>
    <w:rsid w:val="00D6592B"/>
    <w:rsid w:val="00D66DE2"/>
    <w:rsid w:val="00D67355"/>
    <w:rsid w:val="00D74ACF"/>
    <w:rsid w:val="00D76D08"/>
    <w:rsid w:val="00D7761C"/>
    <w:rsid w:val="00D82656"/>
    <w:rsid w:val="00D83B85"/>
    <w:rsid w:val="00D87F43"/>
    <w:rsid w:val="00D907A8"/>
    <w:rsid w:val="00D93CD0"/>
    <w:rsid w:val="00D945E9"/>
    <w:rsid w:val="00D97333"/>
    <w:rsid w:val="00DA51D1"/>
    <w:rsid w:val="00DB224C"/>
    <w:rsid w:val="00DB4A1E"/>
    <w:rsid w:val="00DB4C31"/>
    <w:rsid w:val="00DB7FA7"/>
    <w:rsid w:val="00DC3C6E"/>
    <w:rsid w:val="00DC4A99"/>
    <w:rsid w:val="00DC5934"/>
    <w:rsid w:val="00DC59F6"/>
    <w:rsid w:val="00DC5D2F"/>
    <w:rsid w:val="00DC6AD9"/>
    <w:rsid w:val="00DD1D7E"/>
    <w:rsid w:val="00DD2A1B"/>
    <w:rsid w:val="00DD3B52"/>
    <w:rsid w:val="00DD6178"/>
    <w:rsid w:val="00DD6984"/>
    <w:rsid w:val="00DD6F87"/>
    <w:rsid w:val="00DE0C7C"/>
    <w:rsid w:val="00DE46D3"/>
    <w:rsid w:val="00DE5058"/>
    <w:rsid w:val="00DF0DC1"/>
    <w:rsid w:val="00DF1543"/>
    <w:rsid w:val="00DF24AF"/>
    <w:rsid w:val="00DF254C"/>
    <w:rsid w:val="00E04DC0"/>
    <w:rsid w:val="00E10E48"/>
    <w:rsid w:val="00E15F61"/>
    <w:rsid w:val="00E2170C"/>
    <w:rsid w:val="00E2197C"/>
    <w:rsid w:val="00E23387"/>
    <w:rsid w:val="00E234DC"/>
    <w:rsid w:val="00E31FF7"/>
    <w:rsid w:val="00E3319B"/>
    <w:rsid w:val="00E35A14"/>
    <w:rsid w:val="00E3627B"/>
    <w:rsid w:val="00E41847"/>
    <w:rsid w:val="00E4197A"/>
    <w:rsid w:val="00E41D20"/>
    <w:rsid w:val="00E44212"/>
    <w:rsid w:val="00E54D13"/>
    <w:rsid w:val="00E62207"/>
    <w:rsid w:val="00E629C1"/>
    <w:rsid w:val="00E631B1"/>
    <w:rsid w:val="00E64B30"/>
    <w:rsid w:val="00E66B06"/>
    <w:rsid w:val="00E67792"/>
    <w:rsid w:val="00E70C20"/>
    <w:rsid w:val="00E72A1E"/>
    <w:rsid w:val="00E73092"/>
    <w:rsid w:val="00E73FB6"/>
    <w:rsid w:val="00E7601B"/>
    <w:rsid w:val="00E76041"/>
    <w:rsid w:val="00E7639D"/>
    <w:rsid w:val="00E76748"/>
    <w:rsid w:val="00E768C3"/>
    <w:rsid w:val="00E76E43"/>
    <w:rsid w:val="00E8471C"/>
    <w:rsid w:val="00E857AB"/>
    <w:rsid w:val="00E8672F"/>
    <w:rsid w:val="00E86DCE"/>
    <w:rsid w:val="00E874DE"/>
    <w:rsid w:val="00E90D4B"/>
    <w:rsid w:val="00E91EE1"/>
    <w:rsid w:val="00E92B3C"/>
    <w:rsid w:val="00E937B6"/>
    <w:rsid w:val="00E93F9A"/>
    <w:rsid w:val="00EA2D54"/>
    <w:rsid w:val="00EA400F"/>
    <w:rsid w:val="00EA4830"/>
    <w:rsid w:val="00EA6D7F"/>
    <w:rsid w:val="00EA72A7"/>
    <w:rsid w:val="00EB08F9"/>
    <w:rsid w:val="00EB49B9"/>
    <w:rsid w:val="00EC0601"/>
    <w:rsid w:val="00EC0777"/>
    <w:rsid w:val="00EC2235"/>
    <w:rsid w:val="00EC77EC"/>
    <w:rsid w:val="00ED6F3F"/>
    <w:rsid w:val="00ED7608"/>
    <w:rsid w:val="00ED7EF9"/>
    <w:rsid w:val="00EE0246"/>
    <w:rsid w:val="00EE1D8A"/>
    <w:rsid w:val="00EE31AE"/>
    <w:rsid w:val="00EE446C"/>
    <w:rsid w:val="00EE6ADC"/>
    <w:rsid w:val="00EE6D46"/>
    <w:rsid w:val="00EF0D6F"/>
    <w:rsid w:val="00EF21B3"/>
    <w:rsid w:val="00EF3245"/>
    <w:rsid w:val="00EF46AF"/>
    <w:rsid w:val="00EF51F9"/>
    <w:rsid w:val="00F011FB"/>
    <w:rsid w:val="00F05C51"/>
    <w:rsid w:val="00F05DEF"/>
    <w:rsid w:val="00F105A1"/>
    <w:rsid w:val="00F1063B"/>
    <w:rsid w:val="00F11F10"/>
    <w:rsid w:val="00F1272C"/>
    <w:rsid w:val="00F12D5B"/>
    <w:rsid w:val="00F13431"/>
    <w:rsid w:val="00F14ED8"/>
    <w:rsid w:val="00F152AF"/>
    <w:rsid w:val="00F15F29"/>
    <w:rsid w:val="00F22252"/>
    <w:rsid w:val="00F24515"/>
    <w:rsid w:val="00F25676"/>
    <w:rsid w:val="00F31D5B"/>
    <w:rsid w:val="00F32062"/>
    <w:rsid w:val="00F34410"/>
    <w:rsid w:val="00F34EF5"/>
    <w:rsid w:val="00F3617D"/>
    <w:rsid w:val="00F42BBF"/>
    <w:rsid w:val="00F433EC"/>
    <w:rsid w:val="00F467CE"/>
    <w:rsid w:val="00F475F8"/>
    <w:rsid w:val="00F53F5B"/>
    <w:rsid w:val="00F55E72"/>
    <w:rsid w:val="00F55FA1"/>
    <w:rsid w:val="00F57AE5"/>
    <w:rsid w:val="00F61E17"/>
    <w:rsid w:val="00F65957"/>
    <w:rsid w:val="00F66A0A"/>
    <w:rsid w:val="00F66D90"/>
    <w:rsid w:val="00F70C2F"/>
    <w:rsid w:val="00F71A88"/>
    <w:rsid w:val="00F76E30"/>
    <w:rsid w:val="00F80230"/>
    <w:rsid w:val="00F80614"/>
    <w:rsid w:val="00F81A52"/>
    <w:rsid w:val="00F8320E"/>
    <w:rsid w:val="00F86F69"/>
    <w:rsid w:val="00F87B4E"/>
    <w:rsid w:val="00F9077B"/>
    <w:rsid w:val="00F917F9"/>
    <w:rsid w:val="00F95808"/>
    <w:rsid w:val="00F969AD"/>
    <w:rsid w:val="00FA13E4"/>
    <w:rsid w:val="00FA20A2"/>
    <w:rsid w:val="00FA2258"/>
    <w:rsid w:val="00FA3520"/>
    <w:rsid w:val="00FB014E"/>
    <w:rsid w:val="00FB47F3"/>
    <w:rsid w:val="00FB6AD3"/>
    <w:rsid w:val="00FC0AAC"/>
    <w:rsid w:val="00FC693F"/>
    <w:rsid w:val="00FC7609"/>
    <w:rsid w:val="00FC79DB"/>
    <w:rsid w:val="00FD1979"/>
    <w:rsid w:val="00FD2A4E"/>
    <w:rsid w:val="00FE3DBA"/>
    <w:rsid w:val="00FE6B63"/>
    <w:rsid w:val="00FE7B43"/>
    <w:rsid w:val="00FF588D"/>
    <w:rsid w:val="00FF64CB"/>
    <w:rsid w:val="00FF65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0F47B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link w:val="FrspaiereCaracter"/>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4"/>
      </w:numPr>
      <w:contextualSpacing/>
    </w:pPr>
  </w:style>
  <w:style w:type="paragraph" w:styleId="Listanumerotat2">
    <w:name w:val="List Number 2"/>
    <w:basedOn w:val="Normal"/>
    <w:uiPriority w:val="99"/>
    <w:unhideWhenUsed/>
    <w:rsid w:val="0029639D"/>
    <w:pPr>
      <w:numPr>
        <w:numId w:val="5"/>
      </w:numPr>
      <w:contextualSpacing/>
    </w:pPr>
  </w:style>
  <w:style w:type="paragraph" w:styleId="Listanumerotat3">
    <w:name w:val="List Number 3"/>
    <w:basedOn w:val="Normal"/>
    <w:uiPriority w:val="99"/>
    <w:unhideWhenUsed/>
    <w:rsid w:val="0029639D"/>
    <w:pPr>
      <w:numPr>
        <w:numId w:val="6"/>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GrilTabel">
    <w:name w:val="Table Grid"/>
    <w:basedOn w:val="Tabel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nBalon">
    <w:name w:val="Balloon Text"/>
    <w:basedOn w:val="Normal"/>
    <w:link w:val="TextnBalonCaracter"/>
    <w:uiPriority w:val="99"/>
    <w:semiHidden/>
    <w:unhideWhenUsed/>
    <w:rsid w:val="00C6555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6555E"/>
    <w:rPr>
      <w:rFonts w:ascii="Tahoma" w:hAnsi="Tahoma" w:cs="Tahoma"/>
      <w:sz w:val="16"/>
      <w:szCs w:val="16"/>
    </w:rPr>
  </w:style>
  <w:style w:type="character" w:customStyle="1" w:styleId="FrspaiereCaracter">
    <w:name w:val="Fără spațiere Caracter"/>
    <w:basedOn w:val="Fontdeparagrafimplicit"/>
    <w:link w:val="Frspaiere"/>
    <w:uiPriority w:val="1"/>
    <w:rsid w:val="007A61C5"/>
  </w:style>
  <w:style w:type="paragraph" w:styleId="Textnotdesubsol">
    <w:name w:val="footnote text"/>
    <w:basedOn w:val="Normal"/>
    <w:link w:val="TextnotdesubsolCaracter"/>
    <w:uiPriority w:val="99"/>
    <w:semiHidden/>
    <w:unhideWhenUsed/>
    <w:rsid w:val="0049152A"/>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49152A"/>
    <w:rPr>
      <w:rFonts w:ascii="Times New Roman" w:hAnsi="Times New Roman"/>
      <w:sz w:val="20"/>
      <w:szCs w:val="20"/>
    </w:rPr>
  </w:style>
  <w:style w:type="character" w:styleId="Referinnotdesubsol">
    <w:name w:val="footnote reference"/>
    <w:basedOn w:val="Fontdeparagrafimplicit"/>
    <w:uiPriority w:val="99"/>
    <w:semiHidden/>
    <w:unhideWhenUsed/>
    <w:rsid w:val="0049152A"/>
    <w:rPr>
      <w:vertAlign w:val="superscript"/>
    </w:rPr>
  </w:style>
  <w:style w:type="character" w:styleId="Hyperlink">
    <w:name w:val="Hyperlink"/>
    <w:basedOn w:val="Fontdeparagrafimplicit"/>
    <w:uiPriority w:val="99"/>
    <w:unhideWhenUsed/>
    <w:rsid w:val="007C2A1A"/>
    <w:rPr>
      <w:color w:val="0000FF" w:themeColor="hyperlink"/>
      <w:u w:val="single"/>
    </w:rPr>
  </w:style>
  <w:style w:type="character" w:customStyle="1" w:styleId="UnresolvedMention1">
    <w:name w:val="Unresolved Mention1"/>
    <w:basedOn w:val="Fontdeparagrafimplicit"/>
    <w:uiPriority w:val="99"/>
    <w:semiHidden/>
    <w:unhideWhenUsed/>
    <w:rsid w:val="007C2A1A"/>
    <w:rPr>
      <w:color w:val="605E5C"/>
      <w:shd w:val="clear" w:color="auto" w:fill="E1DFDD"/>
    </w:rPr>
  </w:style>
  <w:style w:type="paragraph" w:customStyle="1" w:styleId="CharCharCaracterCharCharCaracterCharCharCaracter">
    <w:name w:val="Char Char Caracter Char Char Caracter Char Char Caracter"/>
    <w:basedOn w:val="Indentnormal"/>
    <w:rsid w:val="00D83B85"/>
    <w:pPr>
      <w:spacing w:before="120" w:after="240" w:line="240" w:lineRule="atLeast"/>
      <w:ind w:left="0"/>
    </w:pPr>
    <w:rPr>
      <w:rFonts w:ascii="Tahoma" w:eastAsia="Times New Roman" w:hAnsi="Tahoma" w:cs="Arial"/>
      <w:sz w:val="20"/>
      <w:szCs w:val="20"/>
      <w:lang w:val="en-GB"/>
    </w:rPr>
  </w:style>
  <w:style w:type="character" w:customStyle="1" w:styleId="l5tlu1">
    <w:name w:val="l5tlu1"/>
    <w:rsid w:val="00D83B85"/>
    <w:rPr>
      <w:b/>
      <w:bCs/>
      <w:color w:val="000000"/>
      <w:sz w:val="32"/>
      <w:szCs w:val="32"/>
    </w:rPr>
  </w:style>
  <w:style w:type="character" w:customStyle="1" w:styleId="l5def4">
    <w:name w:val="l5def4"/>
    <w:rsid w:val="00D83B85"/>
    <w:rPr>
      <w:rFonts w:ascii="Arial" w:hAnsi="Arial" w:cs="Arial" w:hint="default"/>
      <w:color w:val="000000"/>
      <w:sz w:val="26"/>
      <w:szCs w:val="26"/>
    </w:rPr>
  </w:style>
  <w:style w:type="character" w:customStyle="1" w:styleId="l5def28">
    <w:name w:val="l5def28"/>
    <w:rsid w:val="00D83B85"/>
    <w:rPr>
      <w:rFonts w:ascii="Arial" w:hAnsi="Arial" w:cs="Arial" w:hint="default"/>
      <w:color w:val="000000"/>
      <w:sz w:val="26"/>
      <w:szCs w:val="26"/>
    </w:rPr>
  </w:style>
  <w:style w:type="paragraph" w:styleId="Indentnormal">
    <w:name w:val="Normal Indent"/>
    <w:basedOn w:val="Normal"/>
    <w:uiPriority w:val="99"/>
    <w:semiHidden/>
    <w:unhideWhenUsed/>
    <w:rsid w:val="00D83B85"/>
    <w:pPr>
      <w:ind w:left="708"/>
    </w:pPr>
  </w:style>
  <w:style w:type="table" w:customStyle="1" w:styleId="Tabelgril1">
    <w:name w:val="Tabel grilă1"/>
    <w:basedOn w:val="TabelNormal"/>
    <w:next w:val="GrilTabel"/>
    <w:uiPriority w:val="59"/>
    <w:rsid w:val="00067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def1">
    <w:name w:val="l5def1"/>
    <w:rsid w:val="003E4FE6"/>
    <w:rPr>
      <w:rFonts w:ascii="Arial" w:hAnsi="Arial" w:cs="Arial" w:hint="default"/>
      <w:color w:val="000000"/>
      <w:sz w:val="26"/>
      <w:szCs w:val="26"/>
    </w:rPr>
  </w:style>
  <w:style w:type="character" w:customStyle="1" w:styleId="l5def27">
    <w:name w:val="l5def27"/>
    <w:rsid w:val="003E4FE6"/>
    <w:rPr>
      <w:rFonts w:ascii="Arial" w:hAnsi="Arial" w:cs="Arial" w:hint="default"/>
      <w:color w:val="000000"/>
      <w:sz w:val="26"/>
      <w:szCs w:val="26"/>
    </w:rPr>
  </w:style>
  <w:style w:type="character" w:customStyle="1" w:styleId="l5def29">
    <w:name w:val="l5def29"/>
    <w:rsid w:val="003E4FE6"/>
    <w:rPr>
      <w:rFonts w:ascii="Arial" w:hAnsi="Arial" w:cs="Arial" w:hint="default"/>
      <w:color w:val="000000"/>
      <w:sz w:val="26"/>
      <w:szCs w:val="26"/>
    </w:rPr>
  </w:style>
  <w:style w:type="table" w:customStyle="1" w:styleId="Tabelgril2">
    <w:name w:val="Tabel grilă2"/>
    <w:basedOn w:val="TabelNormal"/>
    <w:next w:val="GrilTabel"/>
    <w:uiPriority w:val="59"/>
    <w:rsid w:val="00E21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GrilTabel"/>
    <w:uiPriority w:val="59"/>
    <w:rsid w:val="0088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GrilTabel"/>
    <w:uiPriority w:val="39"/>
    <w:rsid w:val="00B7435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elNormal"/>
    <w:next w:val="GrilTabel"/>
    <w:uiPriority w:val="39"/>
    <w:rsid w:val="00EB08F9"/>
    <w:pPr>
      <w:spacing w:after="0" w:line="240" w:lineRule="auto"/>
    </w:pPr>
    <w:rPr>
      <w:rFonts w:eastAsia="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5">
    <w:name w:val="Tabel grilă5"/>
    <w:basedOn w:val="TabelNormal"/>
    <w:next w:val="GrilTabel"/>
    <w:uiPriority w:val="39"/>
    <w:rsid w:val="00885D19"/>
    <w:pPr>
      <w:spacing w:after="0" w:line="240" w:lineRule="auto"/>
    </w:pPr>
    <w:rPr>
      <w:rFonts w:eastAsia="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link w:val="FrspaiereCaracter"/>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4"/>
      </w:numPr>
      <w:contextualSpacing/>
    </w:pPr>
  </w:style>
  <w:style w:type="paragraph" w:styleId="Listanumerotat2">
    <w:name w:val="List Number 2"/>
    <w:basedOn w:val="Normal"/>
    <w:uiPriority w:val="99"/>
    <w:unhideWhenUsed/>
    <w:rsid w:val="0029639D"/>
    <w:pPr>
      <w:numPr>
        <w:numId w:val="5"/>
      </w:numPr>
      <w:contextualSpacing/>
    </w:pPr>
  </w:style>
  <w:style w:type="paragraph" w:styleId="Listanumerotat3">
    <w:name w:val="List Number 3"/>
    <w:basedOn w:val="Normal"/>
    <w:uiPriority w:val="99"/>
    <w:unhideWhenUsed/>
    <w:rsid w:val="0029639D"/>
    <w:pPr>
      <w:numPr>
        <w:numId w:val="6"/>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GrilTabel">
    <w:name w:val="Table Grid"/>
    <w:basedOn w:val="Tabel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nBalon">
    <w:name w:val="Balloon Text"/>
    <w:basedOn w:val="Normal"/>
    <w:link w:val="TextnBalonCaracter"/>
    <w:uiPriority w:val="99"/>
    <w:semiHidden/>
    <w:unhideWhenUsed/>
    <w:rsid w:val="00C6555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6555E"/>
    <w:rPr>
      <w:rFonts w:ascii="Tahoma" w:hAnsi="Tahoma" w:cs="Tahoma"/>
      <w:sz w:val="16"/>
      <w:szCs w:val="16"/>
    </w:rPr>
  </w:style>
  <w:style w:type="character" w:customStyle="1" w:styleId="FrspaiereCaracter">
    <w:name w:val="Fără spațiere Caracter"/>
    <w:basedOn w:val="Fontdeparagrafimplicit"/>
    <w:link w:val="Frspaiere"/>
    <w:uiPriority w:val="1"/>
    <w:rsid w:val="007A61C5"/>
  </w:style>
  <w:style w:type="paragraph" w:styleId="Textnotdesubsol">
    <w:name w:val="footnote text"/>
    <w:basedOn w:val="Normal"/>
    <w:link w:val="TextnotdesubsolCaracter"/>
    <w:uiPriority w:val="99"/>
    <w:semiHidden/>
    <w:unhideWhenUsed/>
    <w:rsid w:val="0049152A"/>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49152A"/>
    <w:rPr>
      <w:rFonts w:ascii="Times New Roman" w:hAnsi="Times New Roman"/>
      <w:sz w:val="20"/>
      <w:szCs w:val="20"/>
    </w:rPr>
  </w:style>
  <w:style w:type="character" w:styleId="Referinnotdesubsol">
    <w:name w:val="footnote reference"/>
    <w:basedOn w:val="Fontdeparagrafimplicit"/>
    <w:uiPriority w:val="99"/>
    <w:semiHidden/>
    <w:unhideWhenUsed/>
    <w:rsid w:val="0049152A"/>
    <w:rPr>
      <w:vertAlign w:val="superscript"/>
    </w:rPr>
  </w:style>
  <w:style w:type="character" w:styleId="Hyperlink">
    <w:name w:val="Hyperlink"/>
    <w:basedOn w:val="Fontdeparagrafimplicit"/>
    <w:uiPriority w:val="99"/>
    <w:unhideWhenUsed/>
    <w:rsid w:val="007C2A1A"/>
    <w:rPr>
      <w:color w:val="0000FF" w:themeColor="hyperlink"/>
      <w:u w:val="single"/>
    </w:rPr>
  </w:style>
  <w:style w:type="character" w:customStyle="1" w:styleId="UnresolvedMention1">
    <w:name w:val="Unresolved Mention1"/>
    <w:basedOn w:val="Fontdeparagrafimplicit"/>
    <w:uiPriority w:val="99"/>
    <w:semiHidden/>
    <w:unhideWhenUsed/>
    <w:rsid w:val="007C2A1A"/>
    <w:rPr>
      <w:color w:val="605E5C"/>
      <w:shd w:val="clear" w:color="auto" w:fill="E1DFDD"/>
    </w:rPr>
  </w:style>
  <w:style w:type="paragraph" w:customStyle="1" w:styleId="CharCharCaracterCharCharCaracterCharCharCaracter">
    <w:name w:val="Char Char Caracter Char Char Caracter Char Char Caracter"/>
    <w:basedOn w:val="Indentnormal"/>
    <w:rsid w:val="00D83B85"/>
    <w:pPr>
      <w:spacing w:before="120" w:after="240" w:line="240" w:lineRule="atLeast"/>
      <w:ind w:left="0"/>
    </w:pPr>
    <w:rPr>
      <w:rFonts w:ascii="Tahoma" w:eastAsia="Times New Roman" w:hAnsi="Tahoma" w:cs="Arial"/>
      <w:sz w:val="20"/>
      <w:szCs w:val="20"/>
      <w:lang w:val="en-GB"/>
    </w:rPr>
  </w:style>
  <w:style w:type="character" w:customStyle="1" w:styleId="l5tlu1">
    <w:name w:val="l5tlu1"/>
    <w:rsid w:val="00D83B85"/>
    <w:rPr>
      <w:b/>
      <w:bCs/>
      <w:color w:val="000000"/>
      <w:sz w:val="32"/>
      <w:szCs w:val="32"/>
    </w:rPr>
  </w:style>
  <w:style w:type="character" w:customStyle="1" w:styleId="l5def4">
    <w:name w:val="l5def4"/>
    <w:rsid w:val="00D83B85"/>
    <w:rPr>
      <w:rFonts w:ascii="Arial" w:hAnsi="Arial" w:cs="Arial" w:hint="default"/>
      <w:color w:val="000000"/>
      <w:sz w:val="26"/>
      <w:szCs w:val="26"/>
    </w:rPr>
  </w:style>
  <w:style w:type="character" w:customStyle="1" w:styleId="l5def28">
    <w:name w:val="l5def28"/>
    <w:rsid w:val="00D83B85"/>
    <w:rPr>
      <w:rFonts w:ascii="Arial" w:hAnsi="Arial" w:cs="Arial" w:hint="default"/>
      <w:color w:val="000000"/>
      <w:sz w:val="26"/>
      <w:szCs w:val="26"/>
    </w:rPr>
  </w:style>
  <w:style w:type="paragraph" w:styleId="Indentnormal">
    <w:name w:val="Normal Indent"/>
    <w:basedOn w:val="Normal"/>
    <w:uiPriority w:val="99"/>
    <w:semiHidden/>
    <w:unhideWhenUsed/>
    <w:rsid w:val="00D83B85"/>
    <w:pPr>
      <w:ind w:left="708"/>
    </w:pPr>
  </w:style>
  <w:style w:type="table" w:customStyle="1" w:styleId="Tabelgril1">
    <w:name w:val="Tabel grilă1"/>
    <w:basedOn w:val="TabelNormal"/>
    <w:next w:val="GrilTabel"/>
    <w:uiPriority w:val="59"/>
    <w:rsid w:val="00067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def1">
    <w:name w:val="l5def1"/>
    <w:rsid w:val="003E4FE6"/>
    <w:rPr>
      <w:rFonts w:ascii="Arial" w:hAnsi="Arial" w:cs="Arial" w:hint="default"/>
      <w:color w:val="000000"/>
      <w:sz w:val="26"/>
      <w:szCs w:val="26"/>
    </w:rPr>
  </w:style>
  <w:style w:type="character" w:customStyle="1" w:styleId="l5def27">
    <w:name w:val="l5def27"/>
    <w:rsid w:val="003E4FE6"/>
    <w:rPr>
      <w:rFonts w:ascii="Arial" w:hAnsi="Arial" w:cs="Arial" w:hint="default"/>
      <w:color w:val="000000"/>
      <w:sz w:val="26"/>
      <w:szCs w:val="26"/>
    </w:rPr>
  </w:style>
  <w:style w:type="character" w:customStyle="1" w:styleId="l5def29">
    <w:name w:val="l5def29"/>
    <w:rsid w:val="003E4FE6"/>
    <w:rPr>
      <w:rFonts w:ascii="Arial" w:hAnsi="Arial" w:cs="Arial" w:hint="default"/>
      <w:color w:val="000000"/>
      <w:sz w:val="26"/>
      <w:szCs w:val="26"/>
    </w:rPr>
  </w:style>
  <w:style w:type="table" w:customStyle="1" w:styleId="Tabelgril2">
    <w:name w:val="Tabel grilă2"/>
    <w:basedOn w:val="TabelNormal"/>
    <w:next w:val="GrilTabel"/>
    <w:uiPriority w:val="59"/>
    <w:rsid w:val="00E21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GrilTabel"/>
    <w:uiPriority w:val="59"/>
    <w:rsid w:val="0088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GrilTabel"/>
    <w:uiPriority w:val="39"/>
    <w:rsid w:val="00B7435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elNormal"/>
    <w:next w:val="GrilTabel"/>
    <w:uiPriority w:val="39"/>
    <w:rsid w:val="00EB08F9"/>
    <w:pPr>
      <w:spacing w:after="0" w:line="240" w:lineRule="auto"/>
    </w:pPr>
    <w:rPr>
      <w:rFonts w:eastAsia="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5">
    <w:name w:val="Tabel grilă5"/>
    <w:basedOn w:val="TabelNormal"/>
    <w:next w:val="GrilTabel"/>
    <w:uiPriority w:val="39"/>
    <w:rsid w:val="00885D19"/>
    <w:pPr>
      <w:spacing w:after="0" w:line="240" w:lineRule="auto"/>
    </w:pPr>
    <w:rPr>
      <w:rFonts w:eastAsia="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93215">
      <w:bodyDiv w:val="1"/>
      <w:marLeft w:val="0"/>
      <w:marRight w:val="0"/>
      <w:marTop w:val="0"/>
      <w:marBottom w:val="0"/>
      <w:divBdr>
        <w:top w:val="none" w:sz="0" w:space="0" w:color="auto"/>
        <w:left w:val="none" w:sz="0" w:space="0" w:color="auto"/>
        <w:bottom w:val="none" w:sz="0" w:space="0" w:color="auto"/>
        <w:right w:val="none" w:sz="0" w:space="0" w:color="auto"/>
      </w:divBdr>
    </w:div>
    <w:div w:id="409078427">
      <w:bodyDiv w:val="1"/>
      <w:marLeft w:val="0"/>
      <w:marRight w:val="0"/>
      <w:marTop w:val="0"/>
      <w:marBottom w:val="0"/>
      <w:divBdr>
        <w:top w:val="none" w:sz="0" w:space="0" w:color="auto"/>
        <w:left w:val="none" w:sz="0" w:space="0" w:color="auto"/>
        <w:bottom w:val="none" w:sz="0" w:space="0" w:color="auto"/>
        <w:right w:val="none" w:sz="0" w:space="0" w:color="auto"/>
      </w:divBdr>
    </w:div>
    <w:div w:id="448935498">
      <w:bodyDiv w:val="1"/>
      <w:marLeft w:val="0"/>
      <w:marRight w:val="0"/>
      <w:marTop w:val="0"/>
      <w:marBottom w:val="0"/>
      <w:divBdr>
        <w:top w:val="none" w:sz="0" w:space="0" w:color="auto"/>
        <w:left w:val="none" w:sz="0" w:space="0" w:color="auto"/>
        <w:bottom w:val="none" w:sz="0" w:space="0" w:color="auto"/>
        <w:right w:val="none" w:sz="0" w:space="0" w:color="auto"/>
      </w:divBdr>
    </w:div>
    <w:div w:id="814839080">
      <w:bodyDiv w:val="1"/>
      <w:marLeft w:val="0"/>
      <w:marRight w:val="0"/>
      <w:marTop w:val="0"/>
      <w:marBottom w:val="0"/>
      <w:divBdr>
        <w:top w:val="none" w:sz="0" w:space="0" w:color="auto"/>
        <w:left w:val="none" w:sz="0" w:space="0" w:color="auto"/>
        <w:bottom w:val="none" w:sz="0" w:space="0" w:color="auto"/>
        <w:right w:val="none" w:sz="0" w:space="0" w:color="auto"/>
      </w:divBdr>
    </w:div>
    <w:div w:id="911038484">
      <w:bodyDiv w:val="1"/>
      <w:marLeft w:val="0"/>
      <w:marRight w:val="0"/>
      <w:marTop w:val="0"/>
      <w:marBottom w:val="0"/>
      <w:divBdr>
        <w:top w:val="none" w:sz="0" w:space="0" w:color="auto"/>
        <w:left w:val="none" w:sz="0" w:space="0" w:color="auto"/>
        <w:bottom w:val="none" w:sz="0" w:space="0" w:color="auto"/>
        <w:right w:val="none" w:sz="0" w:space="0" w:color="auto"/>
      </w:divBdr>
    </w:div>
    <w:div w:id="1339650088">
      <w:bodyDiv w:val="1"/>
      <w:marLeft w:val="0"/>
      <w:marRight w:val="0"/>
      <w:marTop w:val="0"/>
      <w:marBottom w:val="0"/>
      <w:divBdr>
        <w:top w:val="none" w:sz="0" w:space="0" w:color="auto"/>
        <w:left w:val="none" w:sz="0" w:space="0" w:color="auto"/>
        <w:bottom w:val="none" w:sz="0" w:space="0" w:color="auto"/>
        <w:right w:val="none" w:sz="0" w:space="0" w:color="auto"/>
      </w:divBdr>
    </w:div>
    <w:div w:id="1340549437">
      <w:bodyDiv w:val="1"/>
      <w:marLeft w:val="0"/>
      <w:marRight w:val="0"/>
      <w:marTop w:val="0"/>
      <w:marBottom w:val="0"/>
      <w:divBdr>
        <w:top w:val="none" w:sz="0" w:space="0" w:color="auto"/>
        <w:left w:val="none" w:sz="0" w:space="0" w:color="auto"/>
        <w:bottom w:val="none" w:sz="0" w:space="0" w:color="auto"/>
        <w:right w:val="none" w:sz="0" w:space="0" w:color="auto"/>
      </w:divBdr>
    </w:div>
    <w:div w:id="1446926189">
      <w:bodyDiv w:val="1"/>
      <w:marLeft w:val="0"/>
      <w:marRight w:val="0"/>
      <w:marTop w:val="0"/>
      <w:marBottom w:val="0"/>
      <w:divBdr>
        <w:top w:val="none" w:sz="0" w:space="0" w:color="auto"/>
        <w:left w:val="none" w:sz="0" w:space="0" w:color="auto"/>
        <w:bottom w:val="none" w:sz="0" w:space="0" w:color="auto"/>
        <w:right w:val="none" w:sz="0" w:space="0" w:color="auto"/>
      </w:divBdr>
    </w:div>
    <w:div w:id="1599676701">
      <w:bodyDiv w:val="1"/>
      <w:marLeft w:val="0"/>
      <w:marRight w:val="0"/>
      <w:marTop w:val="0"/>
      <w:marBottom w:val="0"/>
      <w:divBdr>
        <w:top w:val="none" w:sz="0" w:space="0" w:color="auto"/>
        <w:left w:val="none" w:sz="0" w:space="0" w:color="auto"/>
        <w:bottom w:val="none" w:sz="0" w:space="0" w:color="auto"/>
        <w:right w:val="none" w:sz="0" w:space="0" w:color="auto"/>
      </w:divBdr>
    </w:div>
    <w:div w:id="1757744379">
      <w:bodyDiv w:val="1"/>
      <w:marLeft w:val="0"/>
      <w:marRight w:val="0"/>
      <w:marTop w:val="0"/>
      <w:marBottom w:val="0"/>
      <w:divBdr>
        <w:top w:val="none" w:sz="0" w:space="0" w:color="auto"/>
        <w:left w:val="none" w:sz="0" w:space="0" w:color="auto"/>
        <w:bottom w:val="none" w:sz="0" w:space="0" w:color="auto"/>
        <w:right w:val="none" w:sz="0" w:space="0" w:color="auto"/>
      </w:divBdr>
    </w:div>
    <w:div w:id="1759399029">
      <w:bodyDiv w:val="1"/>
      <w:marLeft w:val="0"/>
      <w:marRight w:val="0"/>
      <w:marTop w:val="0"/>
      <w:marBottom w:val="0"/>
      <w:divBdr>
        <w:top w:val="none" w:sz="0" w:space="0" w:color="auto"/>
        <w:left w:val="none" w:sz="0" w:space="0" w:color="auto"/>
        <w:bottom w:val="none" w:sz="0" w:space="0" w:color="auto"/>
        <w:right w:val="none" w:sz="0" w:space="0" w:color="auto"/>
      </w:divBdr>
    </w:div>
    <w:div w:id="1847819300">
      <w:bodyDiv w:val="1"/>
      <w:marLeft w:val="0"/>
      <w:marRight w:val="0"/>
      <w:marTop w:val="0"/>
      <w:marBottom w:val="0"/>
      <w:divBdr>
        <w:top w:val="none" w:sz="0" w:space="0" w:color="auto"/>
        <w:left w:val="none" w:sz="0" w:space="0" w:color="auto"/>
        <w:bottom w:val="none" w:sz="0" w:space="0" w:color="auto"/>
        <w:right w:val="none" w:sz="0" w:space="0" w:color="auto"/>
      </w:divBdr>
    </w:div>
    <w:div w:id="1863736517">
      <w:bodyDiv w:val="1"/>
      <w:marLeft w:val="0"/>
      <w:marRight w:val="0"/>
      <w:marTop w:val="0"/>
      <w:marBottom w:val="0"/>
      <w:divBdr>
        <w:top w:val="none" w:sz="0" w:space="0" w:color="auto"/>
        <w:left w:val="none" w:sz="0" w:space="0" w:color="auto"/>
        <w:bottom w:val="none" w:sz="0" w:space="0" w:color="auto"/>
        <w:right w:val="none" w:sz="0" w:space="0" w:color="auto"/>
      </w:divBdr>
    </w:div>
    <w:div w:id="2001151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B3288-A570-4A9D-89B2-BAB4A64E9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587</Words>
  <Characters>3409</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user</cp:lastModifiedBy>
  <cp:revision>6</cp:revision>
  <cp:lastPrinted>2025-09-22T09:31:00Z</cp:lastPrinted>
  <dcterms:created xsi:type="dcterms:W3CDTF">2025-09-22T09:19:00Z</dcterms:created>
  <dcterms:modified xsi:type="dcterms:W3CDTF">2025-09-22T09:31:00Z</dcterms:modified>
</cp:coreProperties>
</file>